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作業報告書</w:t>
      </w:r>
    </w:p>
    <w:p>
      <w:pPr>
        <w:spacing w:after="40"/>
      </w:pPr>
      <w:r>
        <w:rPr>
          <w:color w:val="555B6B"/>
          <w:sz w:val="15"/>
        </w:rPr>
        <w:t>作業内容は時刻と結果をセットで書きます。交換した部品、点検の測定値、次回へ持ち越す不具合を残すと、次の担当者と顧客の双方が状況を確かめられます。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作業件名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顧客・現場名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作業日・時間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作業場所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管理番号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立会者・確認者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作業内容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6116"/>
        <w:gridCol w:w="2367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611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作業内容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6116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6116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6116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6116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6116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6116"/>
          </w:tcPr>
          <w:p/>
        </w:tc>
        <w:tc>
          <w:tcPr>
            <w:tcW w:type="dxa" w:w="2367"/>
          </w:tcPr>
          <w:p/>
        </w:tc>
      </w:tr>
    </w:tbl>
    <w:p>
      <w:pPr>
        <w:pStyle w:val="Heading1"/>
      </w:pPr>
      <w:r>
        <w:t>使用部材・交換部品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524"/>
        <w:gridCol w:w="1381"/>
        <w:gridCol w:w="2959"/>
      </w:tblGrid>
      <w:tr>
        <w:trPr>
          <w:tblHeader/>
        </w:trPr>
        <w:tc>
          <w:tcPr>
            <w:tcW w:type="dxa" w:w="552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品名・型番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数量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備考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</w:tbl>
    <w:p>
      <w:pPr>
        <w:pStyle w:val="Heading1"/>
      </w:pPr>
      <w:r>
        <w:t>点検結果・測定値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不具合・申し送り（次回の対応）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作業後の確認</w:t>
      </w:r>
    </w:p>
    <w:p>
      <w:r>
        <w:rPr>
          <w:sz w:val="17"/>
        </w:rPr>
        <w:t>□ 試運転・動作確認</w:t>
        <w:br/>
      </w:r>
      <w:r>
        <w:rPr>
          <w:sz w:val="17"/>
        </w:rPr>
        <w:t>□ 清掃・片付け</w:t>
        <w:br/>
      </w:r>
      <w:r>
        <w:rPr>
          <w:sz w:val="17"/>
        </w:rPr>
        <w:t>□ 立会者への説明</w:t>
        <w:br/>
      </w:r>
      <w:r>
        <w:rPr>
          <w:sz w:val="17"/>
        </w:rPr>
        <w:t>□ 写真の記録</w:t>
      </w:r>
    </w:p>
    <w:p>
      <w:r>
        <w:br w:type="page"/>
      </w:r>
    </w:p>
    <w:p>
      <w:pPr>
        <w:pStyle w:val="Title"/>
      </w:pPr>
      <w:r>
        <w:t>作業報告書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記入例（架空の会社・人物です）。オフィスビルの業務用空調の定期点検。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作業件名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業務用空調設備 定期点検（秋季）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顧客・現場名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E不動産株式会社　東町ビル（5〜7階）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作業日・時間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2026年10月7日（水）9:00〜15:30（休憩1時間）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作業場所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5〜7階 事務所、屋上の室外機置き場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株式会社F設備　小野 大輔、上田 剛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管理番号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保守契約 No.2026-118 / 作業依頼 W-1042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立会者・確認者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E不動産 ビル管理担当 遠藤 様</w:t>
            </w:r>
          </w:p>
        </w:tc>
      </w:tr>
    </w:tbl>
    <w:p>
      <w:pPr>
        <w:pStyle w:val="Heading1"/>
      </w:pPr>
      <w:r>
        <w:t>作業内容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6116"/>
        <w:gridCol w:w="2367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611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作業内容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9:00</w:t>
            </w:r>
          </w:p>
        </w:tc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立会者と作業範囲を確認。5階から作業開始。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—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9:15</w:t>
            </w:r>
          </w:p>
        </w:tc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室内機12台のフィルター清掃、ドレンパンの点検。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異常なし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13:00</w:t>
            </w:r>
          </w:p>
        </w:tc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屋上の室外機4台の外観点検、運転電流・冷媒圧力の測定。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3号機の電流値が高め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14:30</w:t>
            </w:r>
          </w:p>
        </w:tc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3号機のファンモーターの異音を確認。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交換が必要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15:15</w:t>
            </w:r>
          </w:p>
        </w:tc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試運転、立会者へ結果を説明。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説明済み</w:t>
            </w:r>
          </w:p>
        </w:tc>
      </w:tr>
    </w:tbl>
    <w:p>
      <w:pPr>
        <w:pStyle w:val="Heading1"/>
      </w:pPr>
      <w:r>
        <w:t>使用部材・交換部品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524"/>
        <w:gridCol w:w="1381"/>
        <w:gridCol w:w="2959"/>
      </w:tblGrid>
      <w:tr>
        <w:trPr>
          <w:tblHeader/>
        </w:trPr>
        <w:tc>
          <w:tcPr>
            <w:tcW w:type="dxa" w:w="552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品名・型番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数量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備考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エアフィルター（洗浄のみ）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12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交換なし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ドレン配管用 抗菌剤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5・6階</w:t>
            </w:r>
          </w:p>
        </w:tc>
      </w:tr>
    </w:tbl>
    <w:p>
      <w:pPr>
        <w:pStyle w:val="Heading1"/>
      </w:pPr>
      <w:r>
        <w:t>点検結果・測定値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・室外機1・2・4号機：運転電流・冷媒圧力とも基準内。</w:t>
            </w:r>
          </w:p>
          <w:p>
            <w:pPr>
              <w:spacing w:after="0"/>
            </w:pPr>
            <w:r>
              <w:rPr>
                <w:sz w:val="17"/>
              </w:rPr>
              <w:t>・室外機3号機：運転電流が定格の108％。ファンモーターの軸受に異音。</w:t>
            </w:r>
          </w:p>
        </w:tc>
      </w:tr>
    </w:tbl>
    <w:p>
      <w:pPr>
        <w:pStyle w:val="Heading1"/>
      </w:pPr>
      <w:r>
        <w:t>不具合・申し送り（次回の対応）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・3号機のファンモーター交換を提案（見積を10月10日までに提出）。交換まで運転は継続可能。</w:t>
            </w:r>
          </w:p>
        </w:tc>
      </w:tr>
    </w:tbl>
    <w:p>
      <w:pPr>
        <w:pStyle w:val="Heading1"/>
      </w:pPr>
      <w:r>
        <w:t>作業後の確認</w:t>
      </w:r>
    </w:p>
    <w:p>
      <w:r>
        <w:rPr>
          <w:sz w:val="17"/>
        </w:rPr>
        <w:t>■ 試運転・動作確認</w:t>
        <w:br/>
      </w:r>
      <w:r>
        <w:rPr>
          <w:sz w:val="17"/>
        </w:rPr>
        <w:t>■ 清掃・片付け</w:t>
        <w:br/>
      </w:r>
      <w:r>
        <w:rPr>
          <w:sz w:val="17"/>
        </w:rPr>
        <w:t>■ 立会者への説明</w:t>
        <w:br/>
      </w:r>
      <w:r>
        <w:rPr>
          <w:sz w:val="17"/>
        </w:rPr>
        <w:t>■ 写真の記録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jp.klang.ai/resources/work-report-template/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