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電話メモ（伝言メモ）</w:t>
      </w:r>
    </w:p>
    <w:p>
      <w:pPr>
        <w:spacing w:after="40"/>
      </w:pPr>
      <w:r>
        <w:rPr>
          <w:color w:val="555B6B"/>
          <w:sz w:val="15"/>
        </w:rPr>
        <w:t>電話を受けながら上から順に埋めます。相手の名前・連絡先・用件は、切る前に復唱して確かめます。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相手の会社・部署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相手の氏名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連絡先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受けた人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対応</w:t>
      </w:r>
    </w:p>
    <w:p>
      <w:r>
        <w:rPr>
          <w:sz w:val="17"/>
        </w:rPr>
        <w:t>□ 折り返し電話がほしい</w:t>
        <w:br/>
      </w:r>
      <w:r>
        <w:rPr>
          <w:sz w:val="17"/>
        </w:rPr>
        <w:t>□ 先方からまた電話する</w:t>
        <w:br/>
      </w:r>
      <w:r>
        <w:rPr>
          <w:sz w:val="17"/>
        </w:rPr>
        <w:t>□ 伝言あり（下記）</w:t>
        <w:br/>
      </w:r>
      <w:r>
        <w:rPr>
          <w:sz w:val="17"/>
        </w:rPr>
        <w:t>□ 電話があったことだけ伝える</w:t>
        <w:br/>
      </w:r>
      <w:r>
        <w:rPr>
          <w:sz w:val="17"/>
        </w:rPr>
        <w:t>□ 至急</w:t>
        <w:br/>
      </w:r>
      <w:r>
        <w:rPr>
          <w:sz w:val="17"/>
        </w:rPr>
        <w:t>□ 復唱して確認済み</w:t>
      </w:r>
    </w:p>
    <w:p>
      <w:pPr>
        <w:pStyle w:val="Heading1"/>
      </w:pPr>
      <w:r>
        <w:t>用件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7892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8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用件</w:t>
            </w:r>
          </w:p>
        </w:tc>
        <w:tc>
          <w:tcPr>
            <w:tcW w:type="dxa" w:w="7892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期限・希望</w:t>
            </w:r>
          </w:p>
        </w:tc>
        <w:tc>
          <w:tcPr>
            <w:tcW w:type="dxa" w:w="7892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補足</w:t>
            </w:r>
          </w:p>
        </w:tc>
        <w:tc>
          <w:tcPr>
            <w:tcW w:type="dxa" w:w="7892"/>
          </w:tcPr>
          <w:p/>
        </w:tc>
      </w:tr>
    </w:tbl>
    <w:p>
      <w:pPr>
        <w:spacing w:before="200" w:after="200"/>
        <w:jc w:val="center"/>
      </w:pPr>
      <w:r>
        <w:rPr>
          <w:color w:val="555B6B"/>
          <w:sz w:val="15"/>
        </w:rPr>
        <w:t>- - - - - - - - - - - - - - - -  キリトリ  - - - - - - - - - - - - - - - -</w:t>
      </w:r>
    </w:p>
    <w:p>
      <w:pPr>
        <w:pStyle w:val="Title"/>
      </w:pPr>
      <w:r>
        <w:t>電話メモ（伝言メモ）</w:t>
      </w:r>
    </w:p>
    <w:p>
      <w:pPr>
        <w:spacing w:after="40"/>
      </w:pPr>
      <w:r>
        <w:rPr>
          <w:color w:val="555B6B"/>
          <w:sz w:val="15"/>
        </w:rPr>
        <w:t>電話を受けながら上から順に埋めます。相手の名前・連絡先・用件は、切る前に復唱して確かめます。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相手の会社・部署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相手の氏名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連絡先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受けた人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対応</w:t>
      </w:r>
    </w:p>
    <w:p>
      <w:r>
        <w:rPr>
          <w:sz w:val="17"/>
        </w:rPr>
        <w:t>□ 折り返し電話がほしい</w:t>
        <w:br/>
      </w:r>
      <w:r>
        <w:rPr>
          <w:sz w:val="17"/>
        </w:rPr>
        <w:t>□ 先方からまた電話する</w:t>
        <w:br/>
      </w:r>
      <w:r>
        <w:rPr>
          <w:sz w:val="17"/>
        </w:rPr>
        <w:t>□ 伝言あり（下記）</w:t>
        <w:br/>
      </w:r>
      <w:r>
        <w:rPr>
          <w:sz w:val="17"/>
        </w:rPr>
        <w:t>□ 電話があったことだけ伝える</w:t>
        <w:br/>
      </w:r>
      <w:r>
        <w:rPr>
          <w:sz w:val="17"/>
        </w:rPr>
        <w:t>□ 至急</w:t>
        <w:br/>
      </w:r>
      <w:r>
        <w:rPr>
          <w:sz w:val="17"/>
        </w:rPr>
        <w:t>□ 復唱して確認済み</w:t>
      </w:r>
    </w:p>
    <w:p>
      <w:pPr>
        <w:pStyle w:val="Heading1"/>
      </w:pPr>
      <w:r>
        <w:t>用件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7892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8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用件</w:t>
            </w:r>
          </w:p>
        </w:tc>
        <w:tc>
          <w:tcPr>
            <w:tcW w:type="dxa" w:w="7892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期限・希望</w:t>
            </w:r>
          </w:p>
        </w:tc>
        <w:tc>
          <w:tcPr>
            <w:tcW w:type="dxa" w:w="7892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補足</w:t>
            </w:r>
          </w:p>
        </w:tc>
        <w:tc>
          <w:tcPr>
            <w:tcW w:type="dxa" w:w="7892"/>
          </w:tcPr>
          <w:p/>
        </w:tc>
      </w:tr>
    </w:tbl>
    <w:p>
      <w:r>
        <w:br w:type="page"/>
      </w:r>
    </w:p>
    <w:p>
      <w:pPr>
        <w:pStyle w:val="Title"/>
      </w:pPr>
      <w:r>
        <w:t>電話メモ（伝言メモ）　記入例</w:t>
      </w:r>
    </w:p>
    <w:p>
      <w:pPr>
        <w:spacing w:after="40"/>
      </w:pPr>
      <w:r>
        <w:rPr>
          <w:color w:val="555B6B"/>
          <w:sz w:val="15"/>
        </w:rPr>
        <w:t>記入例（会社名・人名・電話番号は架空です）。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　佐藤 様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10月14日（火）10:25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相手の会社・部署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株式会社サンプル物流　購買部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相手の氏名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木村 様（キムラ）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連絡先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03-0000-1234（直通）／午後は外出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受けた人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高橋</w:t>
            </w:r>
          </w:p>
        </w:tc>
      </w:tr>
    </w:tbl>
    <w:p>
      <w:pPr>
        <w:pStyle w:val="Heading1"/>
      </w:pPr>
      <w:r>
        <w:t>対応</w:t>
      </w:r>
    </w:p>
    <w:p>
      <w:r>
        <w:rPr>
          <w:sz w:val="17"/>
        </w:rPr>
        <w:t>■ 折り返し電話がほしい</w:t>
        <w:br/>
      </w:r>
      <w:r>
        <w:rPr>
          <w:sz w:val="17"/>
        </w:rPr>
        <w:t>□ 先方からまた電話する</w:t>
        <w:br/>
      </w:r>
      <w:r>
        <w:rPr>
          <w:sz w:val="17"/>
        </w:rPr>
        <w:t>■ 伝言あり（下記）</w:t>
        <w:br/>
      </w:r>
      <w:r>
        <w:rPr>
          <w:sz w:val="17"/>
        </w:rPr>
        <w:t>□ 電話があったことだけ伝える</w:t>
        <w:br/>
      </w:r>
      <w:r>
        <w:rPr>
          <w:sz w:val="17"/>
        </w:rPr>
        <w:t>□ 至急</w:t>
        <w:br/>
      </w:r>
      <w:r>
        <w:rPr>
          <w:sz w:val="17"/>
        </w:rPr>
        <w:t>■ 復唱して確認済み</w:t>
      </w:r>
    </w:p>
    <w:p>
      <w:pPr>
        <w:pStyle w:val="Heading1"/>
      </w:pPr>
      <w:r>
        <w:t>用件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7892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8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用件</w:t>
            </w:r>
          </w:p>
        </w:tc>
        <w:tc>
          <w:tcPr>
            <w:tcW w:type="dxa" w:w="78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10月20日納品分の数量変更（300個→350個）の相談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期限・希望</w:t>
            </w:r>
          </w:p>
        </w:tc>
        <w:tc>
          <w:tcPr>
            <w:tcW w:type="dxa" w:w="78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本日15時までに折り返しがほしい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補足</w:t>
            </w:r>
          </w:p>
        </w:tc>
        <w:tc>
          <w:tcPr>
            <w:tcW w:type="dxa" w:w="78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見積書の再発行も必要か確認したいとのこと</w:t>
            </w:r>
          </w:p>
        </w:tc>
      </w:tr>
    </w:tbl>
    <w:p>
      <w:pPr>
        <w:spacing w:before="200" w:after="200"/>
        <w:jc w:val="center"/>
      </w:pPr>
      <w:r>
        <w:rPr>
          <w:color w:val="555B6B"/>
          <w:sz w:val="15"/>
        </w:rPr>
        <w:t>- - - - - - - - - - - - - - - -  キリトリ  - - - - - - - - - - - - - - - -</w:t>
      </w:r>
    </w:p>
    <w:p>
      <w:pPr>
        <w:pStyle w:val="Title"/>
      </w:pPr>
      <w:r>
        <w:t>電話メモ（伝言メモ）</w:t>
      </w:r>
    </w:p>
    <w:p>
      <w:pPr>
        <w:spacing w:after="40"/>
      </w:pPr>
      <w:r>
        <w:rPr>
          <w:color w:val="555B6B"/>
          <w:sz w:val="15"/>
        </w:rPr>
        <w:t>電話を受けながら上から順に埋めます。相手の名前・連絡先・用件は、切る前に復唱して確かめます。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相手の会社・部署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相手の氏名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連絡先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受けた人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対応</w:t>
      </w:r>
    </w:p>
    <w:p>
      <w:r>
        <w:rPr>
          <w:sz w:val="17"/>
        </w:rPr>
        <w:t>□ 折り返し電話がほしい</w:t>
        <w:br/>
      </w:r>
      <w:r>
        <w:rPr>
          <w:sz w:val="17"/>
        </w:rPr>
        <w:t>□ 先方からまた電話する</w:t>
        <w:br/>
      </w:r>
      <w:r>
        <w:rPr>
          <w:sz w:val="17"/>
        </w:rPr>
        <w:t>□ 伝言あり（下記）</w:t>
        <w:br/>
      </w:r>
      <w:r>
        <w:rPr>
          <w:sz w:val="17"/>
        </w:rPr>
        <w:t>□ 電話があったことだけ伝える</w:t>
        <w:br/>
      </w:r>
      <w:r>
        <w:rPr>
          <w:sz w:val="17"/>
        </w:rPr>
        <w:t>□ 至急</w:t>
        <w:br/>
      </w:r>
      <w:r>
        <w:rPr>
          <w:sz w:val="17"/>
        </w:rPr>
        <w:t>□ 復唱して確認済み</w:t>
      </w:r>
    </w:p>
    <w:p>
      <w:pPr>
        <w:pStyle w:val="Heading1"/>
      </w:pPr>
      <w:r>
        <w:t>用件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7892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8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用件</w:t>
            </w:r>
          </w:p>
        </w:tc>
        <w:tc>
          <w:tcPr>
            <w:tcW w:type="dxa" w:w="7892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期限・希望</w:t>
            </w:r>
          </w:p>
        </w:tc>
        <w:tc>
          <w:tcPr>
            <w:tcW w:type="dxa" w:w="7892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補足</w:t>
            </w:r>
          </w:p>
        </w:tc>
        <w:tc>
          <w:tcPr>
            <w:tcW w:type="dxa" w:w="7892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jp.klang.ai/resources/phone-memo-template/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