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55B6B"/>
          <w:sz w:val="16"/>
        </w:rPr>
        <w:t>ひな形</w:t>
      </w:r>
    </w:p>
    <w:p>
      <w:pPr>
        <w:spacing w:after="40"/>
      </w:pPr>
      <w:r>
        <w:rPr>
          <w:color w:val="555B6B"/>
          <w:sz w:val="15"/>
        </w:rPr>
        <w:t>理事会設置の一般社団法人・一般財団法人の例。記載事項は一般社団法人及び一般財団法人に関する法律施行規則第15条第3項。社会福祉法人・NPO法人は根拠と定款に合わせて変えてください。</w:t>
      </w:r>
    </w:p>
    <w:p>
      <w:pPr>
        <w:spacing w:after="160"/>
        <w:jc w:val="center"/>
      </w:pPr>
      <w:r>
        <w:rPr>
          <w:b/>
          <w:sz w:val="28"/>
        </w:rPr>
        <w:t>理事会議事録</w:t>
      </w:r>
    </w:p>
    <w:p>
      <w:pPr>
        <w:tabs>
          <w:tab w:pos="1587" w:val="left"/>
        </w:tabs>
        <w:spacing w:after="40"/>
        <w:ind w:left="1587" w:hanging="1587"/>
      </w:pPr>
      <w:r>
        <w:rPr>
          <w:b/>
        </w:rPr>
        <w:t>日時</w:t>
        <w:tab/>
      </w:r>
      <w:r>
        <w:t>［　］年［　］月［　］日（［　］）午後［　］時［　］分</w:t>
      </w:r>
    </w:p>
    <w:p>
      <w:pPr>
        <w:tabs>
          <w:tab w:pos="1587" w:val="left"/>
        </w:tabs>
        <w:spacing w:after="40"/>
        <w:ind w:left="1587" w:hanging="1587"/>
      </w:pPr>
      <w:r>
        <w:rPr>
          <w:b/>
        </w:rPr>
        <w:t>場所</w:t>
        <w:tab/>
      </w:r>
      <w:r>
        <w:t>［主たる事務所 会議室］（［氏名］はインターネット会議システムにより出席）</w:t>
      </w:r>
    </w:p>
    <w:p>
      <w:pPr>
        <w:tabs>
          <w:tab w:pos="1587" w:val="left"/>
        </w:tabs>
        <w:spacing w:after="40"/>
        <w:ind w:left="1587" w:hanging="1587"/>
      </w:pPr>
      <w:r>
        <w:rPr>
          <w:b/>
        </w:rPr>
        <w:t>出席状況</w:t>
        <w:tab/>
      </w:r>
      <w:r>
        <w:t>理事総数［　］名中［　］名出席／監事総数［　］名中［　］名出席</w:t>
      </w:r>
    </w:p>
    <w:p>
      <w:pPr>
        <w:tabs>
          <w:tab w:pos="1587" w:val="left"/>
        </w:tabs>
        <w:spacing w:after="40"/>
        <w:ind w:left="1587" w:hanging="1587"/>
      </w:pPr>
      <w:r>
        <w:rPr>
          <w:b/>
        </w:rPr>
        <w:t>議長</w:t>
        <w:tab/>
      </w:r>
      <w:r>
        <w:t>代表理事 ［氏名］（定款第［　］条による）</w:t>
      </w:r>
    </w:p>
    <w:p>
      <w:pPr>
        <w:keepNext/>
        <w:spacing w:before="140" w:after="40"/>
      </w:pPr>
      <w:r>
        <w:rPr>
          <w:b/>
          <w:sz w:val="20"/>
        </w:rPr>
        <w:t>議事の経過の要領及びその結果</w:t>
      </w:r>
    </w:p>
    <w:p>
      <w:pPr>
        <w:spacing w:after="40"/>
        <w:ind w:firstLine="198"/>
      </w:pPr>
      <w:r>
        <w:t>議長は開会を宣し、議決に加わることができる理事の過半数が出席したので本会は適法に成立した旨を述べ、議案の審議に入った。</w:t>
      </w:r>
    </w:p>
    <w:p>
      <w:pPr>
        <w:keepNext/>
        <w:spacing w:before="140" w:after="40"/>
      </w:pPr>
      <w:r>
        <w:rPr>
          <w:b/>
          <w:sz w:val="20"/>
        </w:rPr>
        <w:t>第1号議案　［　］の件</w:t>
      </w:r>
    </w:p>
    <w:p>
      <w:pPr>
        <w:spacing w:after="40"/>
        <w:ind w:firstLine="198"/>
      </w:pPr>
      <w:r>
        <w:t>議長は、［議案の内容と理由］を説明し、その承認を諮ったところ、［出席理事全員一致］をもって原案どおり承認可決された。</w:t>
      </w:r>
    </w:p>
    <w:p>
      <w:pPr>
        <w:keepNext/>
        <w:spacing w:before="140" w:after="40"/>
      </w:pPr>
      <w:r>
        <w:rPr>
          <w:b/>
          <w:sz w:val="20"/>
        </w:rPr>
        <w:t>第2号議案　［定時社員総会／定時評議員会］の招集の件</w:t>
      </w:r>
    </w:p>
    <w:p>
      <w:pPr>
        <w:spacing w:after="40"/>
        <w:ind w:firstLine="198"/>
      </w:pPr>
      <w:r>
        <w:t>議長は、［　］年［　］月［　］日午後［　］時から［場所］で開催し、目的である事項を次のとおりとしたい旨を諮ったところ、［出席理事全員一致］をもって承認可決された。［報告事項・決議事項を列挙］</w:t>
      </w:r>
    </w:p>
    <w:p>
      <w:pPr>
        <w:keepNext/>
        <w:spacing w:before="140" w:after="40"/>
      </w:pPr>
      <w:r>
        <w:rPr>
          <w:b/>
          <w:sz w:val="20"/>
        </w:rPr>
        <w:t>報告事項　職務の執行の状況の報告</w:t>
      </w:r>
    </w:p>
    <w:p>
      <w:pPr>
        <w:spacing w:after="40"/>
        <w:ind w:firstLine="198"/>
      </w:pPr>
      <w:r>
        <w:t>代表理事 ［氏名］ 及び 業務執行理事 ［氏名］ は、職務の執行の状況を報告した。</w:t>
      </w:r>
    </w:p>
    <w:p>
      <w:pPr>
        <w:spacing w:after="40"/>
        <w:ind w:firstLine="198"/>
      </w:pPr>
      <w:r>
        <w:t>議長は、以上をもって本日の議事を終了した旨を述べ、午後［　］時［　］分に閉会した。</w:t>
      </w:r>
    </w:p>
    <w:p>
      <w:pPr>
        <w:spacing w:before="160" w:after="80"/>
      </w:pPr>
      <w:r>
        <w:t>上記の決議を明確にするため、この議事録を作成し、［出席した理事及び監事］が記名押印する。</w:t>
      </w:r>
    </w:p>
    <w:p>
      <w:pPr>
        <w:spacing w:after="120"/>
      </w:pPr>
      <w:r>
        <w:t>［　］年［　］月［　］日　［法人名］ 理事会</w:t>
      </w:r>
    </w:p>
    <w:p>
      <w:pPr>
        <w:spacing w:after="120"/>
        <w:jc w:val="right"/>
      </w:pPr>
      <w:r>
        <w:t>議長 代表理事 ［氏名］　　　　　　　　印</w:t>
      </w:r>
    </w:p>
    <w:p>
      <w:pPr>
        <w:spacing w:after="120"/>
        <w:jc w:val="right"/>
      </w:pPr>
      <w:r>
        <w:t>理事 ［氏名］　　　　　　　　印</w:t>
      </w:r>
    </w:p>
    <w:p>
      <w:pPr>
        <w:spacing w:after="120"/>
        <w:jc w:val="right"/>
      </w:pPr>
      <w:r>
        <w:t>監事 ［氏名］　　　　　　　　印</w:t>
      </w:r>
    </w:p>
    <w:p>
      <w:r>
        <w:br w:type="page"/>
      </w:r>
    </w:p>
    <w:p>
      <w:r>
        <w:rPr>
          <w:b/>
          <w:color w:val="555B6B"/>
          <w:sz w:val="16"/>
        </w:rPr>
        <w:t>記載例（架空の法人）</w:t>
      </w:r>
    </w:p>
    <w:p>
      <w:pPr>
        <w:spacing w:after="40"/>
      </w:pPr>
      <w:r>
        <w:rPr>
          <w:color w:val="555B6B"/>
          <w:sz w:val="15"/>
        </w:rPr>
        <w:t>記載例（架空の団体です）。一般的な構成の例であり、法的助言ではありません。定款・規約、機関設計、登記や届出に使うかどうかで必要な記載が変わるため、司法書士・弁護士などの専門家に確認してください。</w:t>
      </w:r>
    </w:p>
    <w:p>
      <w:pPr>
        <w:spacing w:after="160"/>
        <w:jc w:val="center"/>
      </w:pPr>
      <w:r>
        <w:rPr>
          <w:b/>
          <w:sz w:val="28"/>
        </w:rPr>
        <w:t>理事会議事録</w:t>
      </w:r>
    </w:p>
    <w:p>
      <w:pPr>
        <w:tabs>
          <w:tab w:pos="1587" w:val="left"/>
        </w:tabs>
        <w:spacing w:after="40"/>
        <w:ind w:left="1587" w:hanging="1587"/>
      </w:pPr>
      <w:r>
        <w:rPr>
          <w:b/>
        </w:rPr>
        <w:t>日時</w:t>
        <w:tab/>
      </w:r>
      <w:r>
        <w:t>2026年5月21日（木）午後3時00分</w:t>
      </w:r>
    </w:p>
    <w:p>
      <w:pPr>
        <w:tabs>
          <w:tab w:pos="1587" w:val="left"/>
        </w:tabs>
        <w:spacing w:after="40"/>
        <w:ind w:left="1587" w:hanging="1587"/>
      </w:pPr>
      <w:r>
        <w:rPr>
          <w:b/>
        </w:rPr>
        <w:t>場所</w:t>
        <w:tab/>
      </w:r>
      <w:r>
        <w:t>東京都千代田区○○三丁目1番1号　当法人会議室（理事 小川はインターネット会議システムにより出席）</w:t>
      </w:r>
    </w:p>
    <w:p>
      <w:pPr>
        <w:tabs>
          <w:tab w:pos="1587" w:val="left"/>
        </w:tabs>
        <w:spacing w:after="40"/>
        <w:ind w:left="1587" w:hanging="1587"/>
      </w:pPr>
      <w:r>
        <w:rPr>
          <w:b/>
        </w:rPr>
        <w:t>出席状況</w:t>
        <w:tab/>
      </w:r>
      <w:r>
        <w:t>理事総数3名中3名出席／監事総数1名中1名出席</w:t>
      </w:r>
    </w:p>
    <w:p>
      <w:pPr>
        <w:tabs>
          <w:tab w:pos="1587" w:val="left"/>
        </w:tabs>
        <w:spacing w:after="40"/>
        <w:ind w:left="1587" w:hanging="1587"/>
      </w:pPr>
      <w:r>
        <w:rPr>
          <w:b/>
        </w:rPr>
        <w:t>議長</w:t>
        <w:tab/>
      </w:r>
      <w:r>
        <w:t>代表理事 中島 由美（定款第27条による）</w:t>
      </w:r>
    </w:p>
    <w:p>
      <w:pPr>
        <w:keepNext/>
        <w:spacing w:before="140" w:after="40"/>
      </w:pPr>
      <w:r>
        <w:rPr>
          <w:b/>
          <w:sz w:val="20"/>
        </w:rPr>
        <w:t>議事の経過の要領及びその結果</w:t>
      </w:r>
    </w:p>
    <w:p>
      <w:pPr>
        <w:spacing w:after="40"/>
        <w:ind w:firstLine="198"/>
      </w:pPr>
      <w:r>
        <w:t>議長は午後3時00分に開会を宣し、議決に加わることができる理事の過半数が出席したので本会は適法に成立した旨を述べた。小川理事の出席に用いたシステムで、出席者の音声が即時に他の出席者に伝わり、適時的確な意見表明が互いにできることを確認したうえで、議案の審議に入った。</w:t>
      </w:r>
    </w:p>
    <w:p>
      <w:pPr>
        <w:keepNext/>
        <w:spacing w:before="140" w:after="40"/>
      </w:pPr>
      <w:r>
        <w:rPr>
          <w:b/>
          <w:sz w:val="20"/>
        </w:rPr>
        <w:t>第1号議案　2025年度事業報告及び計算書類承認の件</w:t>
      </w:r>
    </w:p>
    <w:p>
      <w:pPr>
        <w:spacing w:after="40"/>
        <w:ind w:firstLine="198"/>
      </w:pPr>
      <w:r>
        <w:t>小川理事が事業報告、貸借対照表及び正味財産増減計算書の内容を説明し、監事 松本 から監査の結果について報告があった。議長がその承認を諮ったところ、出席理事全員一致をもって原案どおり承認可決された。</w:t>
      </w:r>
    </w:p>
    <w:p>
      <w:pPr>
        <w:keepNext/>
        <w:spacing w:before="140" w:after="40"/>
      </w:pPr>
      <w:r>
        <w:rPr>
          <w:b/>
          <w:sz w:val="20"/>
        </w:rPr>
        <w:t>第2号議案　第5回定時社員総会の招集の件</w:t>
      </w:r>
    </w:p>
    <w:p>
      <w:pPr>
        <w:spacing w:after="40"/>
        <w:ind w:firstLine="198"/>
      </w:pPr>
      <w:r>
        <w:t>議長は、2026年6月18日午後2時から当法人会議室で開催し、報告事項を2025年度事業報告、決議事項を計算書類承認と理事1名選任としたい旨を諮ったところ、出席理事全員一致をもって承認可決された。</w:t>
      </w:r>
    </w:p>
    <w:p>
      <w:pPr>
        <w:keepNext/>
        <w:spacing w:before="140" w:after="40"/>
      </w:pPr>
      <w:r>
        <w:rPr>
          <w:b/>
          <w:sz w:val="20"/>
        </w:rPr>
        <w:t>報告事項　職務の執行の状況の報告</w:t>
      </w:r>
    </w:p>
    <w:p>
      <w:pPr>
        <w:spacing w:after="40"/>
        <w:ind w:firstLine="198"/>
      </w:pPr>
      <w:r>
        <w:t>中島代表理事及び小川業務執行理事は、1月から4月までの職務の執行の状況を報告した。</w:t>
      </w:r>
    </w:p>
    <w:p>
      <w:pPr>
        <w:spacing w:after="40"/>
        <w:ind w:firstLine="198"/>
      </w:pPr>
      <w:r>
        <w:t>議長は、以上をもって本日の議事を終了した旨を述べ、午後4時10分に閉会した。</w:t>
      </w:r>
    </w:p>
    <w:p>
      <w:pPr>
        <w:spacing w:before="160" w:after="80"/>
      </w:pPr>
      <w:r>
        <w:t>上記の決議を明確にするため、この議事録を作成し、出席した理事及び監事が記名押印する。</w:t>
      </w:r>
    </w:p>
    <w:p>
      <w:pPr>
        <w:spacing w:after="120"/>
      </w:pPr>
      <w:r>
        <w:t>2026年5月21日　一般社団法人サンプル研修協会 理事会</w:t>
      </w:r>
    </w:p>
    <w:p>
      <w:pPr>
        <w:spacing w:after="120"/>
        <w:jc w:val="right"/>
      </w:pPr>
      <w:r>
        <w:t>議長 代表理事 中島 由美　　　　　　　　印</w:t>
      </w:r>
    </w:p>
    <w:p>
      <w:pPr>
        <w:spacing w:after="120"/>
        <w:jc w:val="right"/>
      </w:pPr>
      <w:r>
        <w:t>理事 小川 修　　　　　　　　印</w:t>
      </w:r>
    </w:p>
    <w:p>
      <w:pPr>
        <w:spacing w:after="120"/>
        <w:jc w:val="right"/>
      </w:pPr>
      <w:r>
        <w:t>理事 原田 恵　　　　　　　　印</w:t>
      </w:r>
    </w:p>
    <w:p>
      <w:pPr>
        <w:spacing w:after="120"/>
        <w:jc w:val="right"/>
      </w:pPr>
      <w:r>
        <w:t>監事 松本 隆　　　　　　　　印</w:t>
      </w:r>
    </w:p>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jp.klang.ai/resources/nonprofit-board-minutes/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300" w:lineRule="auto"/>
    </w:pPr>
    <w:rPr>
      <w:rFonts w:ascii="Noto Sans CJK JP" w:hAnsi="Noto Sans CJK JP" w:eastAsia="Noto Sans CJK JP"/>
      <w:color w:val="1118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