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申し送りシート（SBAR形式）</w:t>
      </w:r>
    </w:p>
    <w:p>
      <w:pPr>
        <w:spacing w:after="40"/>
      </w:pPr>
      <w:r>
        <w:rPr>
          <w:color w:val="555B6B"/>
          <w:sz w:val="15"/>
        </w:rPr>
        <w:t>1人（1件）につき1枚。送り手が書き、受け手が要点を復唱してから確認欄にチェックします。施設・病院の記録様式や手順がある場合はそちらを優先してください。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送り手 → 受け手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SBARで伝えること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2959"/>
        <w:gridCol w:w="5327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書くこと</w:t>
            </w:r>
          </w:p>
        </w:tc>
        <w:tc>
          <w:tcPr>
            <w:tcW w:type="dxa" w:w="532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1530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S 状況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いま何が起きているか。対象と問題を一言で</w:t>
            </w:r>
          </w:p>
        </w:tc>
        <w:tc>
          <w:tcPr>
            <w:tcW w:type="dxa" w:w="5327"/>
          </w:tcPr>
          <w:p/>
        </w:tc>
      </w:tr>
      <w:tr>
        <w:trPr>
          <w:trHeight w:val="1530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 背景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経過、前回からの変化、すでに行ったこと</w:t>
            </w:r>
          </w:p>
        </w:tc>
        <w:tc>
          <w:tcPr>
            <w:tcW w:type="dxa" w:w="5327"/>
          </w:tcPr>
          <w:p/>
        </w:tc>
      </w:tr>
      <w:tr>
        <w:trPr>
          <w:trHeight w:val="1530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 評価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送り手が何を問題だと考えているか</w:t>
            </w:r>
          </w:p>
        </w:tc>
        <w:tc>
          <w:tcPr>
            <w:tcW w:type="dxa" w:w="5327"/>
          </w:tcPr>
          <w:p/>
        </w:tc>
      </w:tr>
      <w:tr>
        <w:trPr>
          <w:trHeight w:val="1530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R 提案・依頼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受け手にしてほしいこと、期限、連絡の条件</w:t>
            </w:r>
          </w:p>
        </w:tc>
        <w:tc>
          <w:tcPr>
            <w:tcW w:type="dxa" w:w="5327"/>
          </w:tcPr>
          <w:p/>
        </w:tc>
      </w:tr>
    </w:tbl>
    <w:p>
      <w:pPr>
        <w:pStyle w:val="Heading1"/>
      </w:pPr>
      <w:r>
        <w:t>次の勤務帯で確認すること（時刻・担当）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211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受け手の確認</w:t>
      </w:r>
    </w:p>
    <w:p>
      <w:r>
        <w:rPr>
          <w:sz w:val="17"/>
        </w:rPr>
        <w:t>□ 受け手が要点を復唱した</w:t>
        <w:br/>
      </w:r>
      <w:r>
        <w:rPr>
          <w:sz w:val="17"/>
        </w:rPr>
        <w:t>□ 質問する時間をとった</w:t>
        <w:br/>
      </w:r>
      <w:r>
        <w:rPr>
          <w:sz w:val="17"/>
        </w:rPr>
        <w:t>□ 責任が移る時刻を確認した</w:t>
        <w:br/>
      </w:r>
      <w:r>
        <w:rPr>
          <w:sz w:val="17"/>
        </w:rPr>
        <w:t>□ 所定の記録に転記した</w:t>
      </w:r>
    </w:p>
    <w:p>
      <w:r>
        <w:br w:type="page"/>
      </w:r>
    </w:p>
    <w:p>
      <w:pPr>
        <w:pStyle w:val="Title"/>
      </w:pPr>
      <w:r>
        <w:t>申し送りシート（SBAR形式）　記入例</w:t>
      </w:r>
    </w:p>
    <w:p>
      <w:pPr>
        <w:spacing w:after="40"/>
      </w:pPr>
      <w:r>
        <w:rPr>
          <w:color w:val="555B6B"/>
          <w:sz w:val="15"/>
        </w:rPr>
        <w:t>記入例（架空の介護施設・人物です）。医療的な判断の例ではありません。実際の対応は施設の手順と看護職・医師の指示に従ってください。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2026年10月2日（金）7:00　夜勤 → 日勤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送り手 → 受け手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介護職 中村（夜勤） → 介護職 小林（日勤リーダー）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2階 205号室　Bさん（架空）</w:t>
            </w:r>
          </w:p>
        </w:tc>
      </w:tr>
    </w:tbl>
    <w:p>
      <w:pPr>
        <w:pStyle w:val="Heading1"/>
      </w:pPr>
      <w:r>
        <w:t>SBARで伝えること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2959"/>
        <w:gridCol w:w="5327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書くこと</w:t>
            </w:r>
          </w:p>
        </w:tc>
        <w:tc>
          <w:tcPr>
            <w:tcW w:type="dxa" w:w="532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S 状況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いま何が起きているか。対象と問題を一言で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昨夜から食事と水分の量が少なく、朝の声かけへの反応がいつもより遅い。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 背景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経過、前回からの変化、すでに行ったこと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夕食は3割。20時以降の水分は約200ml。夜間の排尿は1回（いつもは2〜3回）。発熱なし（6:00に36.8℃）。2:00と5:00に水分を勧めたが少量のみ。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 評価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送り手が何を問題だと考えているか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水分が足りていない可能性があり、心配している。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R 提案・依頼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受け手にしてほしいこと、期限、連絡の条件</w:t>
            </w:r>
          </w:p>
        </w:tc>
        <w:tc>
          <w:tcPr>
            <w:tcW w:type="dxa" w:w="532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朝食時に食事・水分の量を確認し、9:00に看護師へ報告してほしい。反応がさらに鈍くなったら、すぐに看護師へ。</w:t>
            </w:r>
          </w:p>
        </w:tc>
      </w:tr>
    </w:tbl>
    <w:p>
      <w:pPr>
        <w:pStyle w:val="Heading1"/>
      </w:pPr>
      <w:r>
        <w:t>次の勤務帯で確認すること（時刻・担当）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211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・8:00 朝食の摂取量と水分量を記録（小林）</w:t>
            </w:r>
          </w:p>
          <w:p>
            <w:pPr>
              <w:spacing w:after="0"/>
            </w:pPr>
            <w:r>
              <w:rPr>
                <w:sz w:val="17"/>
              </w:rPr>
              <w:t>・9:00 看護師（山口）へ報告。指示を記録に残す（小林）</w:t>
            </w:r>
          </w:p>
        </w:tc>
      </w:tr>
    </w:tbl>
    <w:p>
      <w:pPr>
        <w:pStyle w:val="Heading1"/>
      </w:pPr>
      <w:r>
        <w:t>受け手の確認</w:t>
      </w:r>
    </w:p>
    <w:p>
      <w:r>
        <w:rPr>
          <w:sz w:val="17"/>
        </w:rPr>
        <w:t>■ 受け手が要点を復唱した</w:t>
        <w:br/>
      </w:r>
      <w:r>
        <w:rPr>
          <w:sz w:val="17"/>
        </w:rPr>
        <w:t>■ 質問する時間をとった</w:t>
        <w:br/>
      </w:r>
      <w:r>
        <w:rPr>
          <w:sz w:val="17"/>
        </w:rPr>
        <w:t>■ 責任が移る時刻を確認した</w:t>
        <w:br/>
      </w:r>
      <w:r>
        <w:rPr>
          <w:sz w:val="17"/>
        </w:rPr>
        <w:t>■ 所定の記録に転記した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jp.klang.ai/guides/moushiokuri/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