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週次・プロジェクト会議テンプレート</w:t>
      </w:r>
    </w:p>
    <w:p>
      <w:r>
        <w:rPr>
          <w:sz w:val="18"/>
        </w:rPr>
        <w:t>空欄を編集して使用してください。項目や行数は会議に合わせて変更できます。</w:t>
      </w:r>
    </w:p>
    <w:p>
      <w:r>
        <w:t>プロジェクト名：</w:t>
      </w:r>
    </w:p>
    <w:p>
      <w:r>
        <w:t>第◯回／対象期間：</w:t>
      </w:r>
    </w:p>
    <w:p>
      <w:r>
        <w:t>日時：2026年◯月◯日（◯）</w:t>
      </w:r>
    </w:p>
    <w:p>
      <w:r>
        <w:t>参加者：</w:t>
      </w:r>
    </w:p>
    <w:p>
      <w:pPr>
        <w:pStyle w:val="Heading1"/>
        <w:spacing w:before="180" w:after="60"/>
      </w:pPr>
      <w:r>
        <w:t>前回ToDoの確認</w:t>
      </w:r>
    </w:p>
    <w:p>
      <w:r>
        <w:t>・内容：／担当：／状態：完了・進行中・停止</w:t>
      </w:r>
    </w:p>
    <w:p>
      <w:pPr>
        <w:pStyle w:val="Heading1"/>
        <w:spacing w:before="180" w:after="60"/>
      </w:pPr>
      <w:r>
        <w:t>進捗と前回からの変化</w:t>
      </w:r>
    </w:p>
    <w:p>
      <w:r>
        <w:t>・</w:t>
      </w:r>
    </w:p>
    <w:p>
      <w:pPr>
        <w:pStyle w:val="Heading1"/>
        <w:spacing w:before="180" w:after="60"/>
      </w:pPr>
      <w:r>
        <w:t>課題・リスク</w:t>
      </w:r>
    </w:p>
    <w:p>
      <w:r>
        <w:t>・内容：／影響：／対応方針：</w:t>
      </w:r>
    </w:p>
    <w:p>
      <w:pPr>
        <w:pStyle w:val="Heading1"/>
        <w:spacing w:before="180" w:after="60"/>
      </w:pPr>
      <w:r>
        <w:t>今回の決定事項</w:t>
      </w:r>
    </w:p>
    <w:p>
      <w:r>
        <w:t>・</w:t>
      </w:r>
    </w:p>
    <w:p>
      <w:pPr>
        <w:pStyle w:val="Heading1"/>
        <w:spacing w:before="180" w:after="60"/>
      </w:pPr>
      <w:r>
        <w:t>新しいToDo</w:t>
      </w:r>
    </w:p>
    <w:p>
      <w:r>
        <w:t>・内容：／担当：／期限：</w:t>
      </w:r>
    </w:p>
    <w:p>
      <w:pPr>
        <w:pStyle w:val="Heading1"/>
        <w:spacing w:before="180" w:after="60"/>
      </w:pPr>
      <w:r>
        <w:t>保留事項・意思決定待ち</w:t>
      </w:r>
    </w:p>
    <w:p>
      <w:r>
        <w:t>・</w:t>
      </w:r>
    </w:p>
    <w:p>
      <w:r>
        <w:t>次回日時：</w:t>
      </w:r>
    </w:p>
    <w:p>
      <w:r>
        <w:t>次回アジェンダ：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jp.klang.ai/resources/meeting-minutes-templates/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