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1on1メモテンプレート</w:t>
      </w:r>
    </w:p>
    <w:p>
      <w:r>
        <w:rPr>
          <w:sz w:val="18"/>
        </w:rPr>
        <w:t>空欄を編集して使用してください。項目や行数は会議に合わせて変更できます。</w:t>
      </w:r>
    </w:p>
    <w:p>
      <w:r>
        <w:t>1on1：◯◯さん × ◯◯さん</w:t>
      </w:r>
    </w:p>
    <w:p>
      <w:r>
        <w:t>日時：2026年◯月◯日（◯）</w:t>
      </w:r>
    </w:p>
    <w:p>
      <w:pPr>
        <w:pStyle w:val="Heading1"/>
        <w:spacing w:before="180" w:after="60"/>
      </w:pPr>
      <w:r>
        <w:t>近況・コンディション</w:t>
      </w:r>
    </w:p>
    <w:p>
      <w:r>
        <w:t>・</w:t>
      </w:r>
    </w:p>
    <w:p>
      <w:pPr>
        <w:pStyle w:val="Heading1"/>
        <w:spacing w:before="180" w:after="60"/>
      </w:pPr>
      <w:r>
        <w:t>本人が話したいこと</w:t>
      </w:r>
    </w:p>
    <w:p>
      <w:r>
        <w:t>・</w:t>
      </w:r>
    </w:p>
    <w:p>
      <w:pPr>
        <w:pStyle w:val="Heading1"/>
        <w:spacing w:before="180" w:after="60"/>
      </w:pPr>
      <w:r>
        <w:t>相談・困りごと</w:t>
      </w:r>
    </w:p>
    <w:p>
      <w:r>
        <w:t>・</w:t>
      </w:r>
    </w:p>
    <w:p>
      <w:pPr>
        <w:pStyle w:val="Heading1"/>
        <w:spacing w:before="180" w:after="60"/>
      </w:pPr>
      <w:r>
        <w:t>合意したこと・サポート</w:t>
      </w:r>
    </w:p>
    <w:p>
      <w:r>
        <w:t>・</w:t>
      </w:r>
    </w:p>
    <w:p>
      <w:pPr>
        <w:pStyle w:val="Heading1"/>
        <w:spacing w:before="180" w:after="60"/>
      </w:pPr>
      <w:r>
        <w:t>次回までのアクション</w:t>
      </w:r>
    </w:p>
    <w:p>
      <w:r>
        <w:t>・本人：</w:t>
      </w:r>
    </w:p>
    <w:p>
      <w:r>
        <w:t>・上司：</w:t>
      </w:r>
    </w:p>
    <w:p>
      <w:pPr>
        <w:pStyle w:val="Heading1"/>
        <w:spacing w:before="180" w:after="60"/>
      </w:pPr>
      <w:r>
        <w:t>次回の話題</w:t>
      </w:r>
    </w:p>
    <w:p>
      <w:r>
        <w:t>・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jp.klang.ai/resources/meeting-minutes-templates/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