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議事録（正式版・承認欄つき）</w:t>
      </w:r>
    </w:p>
    <w:p>
      <w:pPr>
        <w:spacing w:after="40"/>
      </w:pPr>
      <w:r>
        <w:rPr>
          <w:color w:val="555B6B"/>
          <w:sz w:val="15"/>
        </w:rPr>
        <w:t>部門会議・委員会など、承認や回覧が必要な会議向けです。会社法などで記載事項が決まっている会議は、規程と法令を確認して使ってください。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会議名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日時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場所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出席者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欠席者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記録者</w:t>
            </w:r>
          </w:p>
        </w:tc>
        <w:tc>
          <w:tcPr>
            <w:tcW w:type="dxa" w:w="7694"/>
          </w:tcPr>
          <w:p/>
        </w:tc>
      </w:tr>
    </w:tbl>
    <w:p>
      <w:pPr>
        <w:pStyle w:val="Heading1"/>
      </w:pPr>
      <w:r>
        <w:t>議案と審議の結果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367"/>
        <w:gridCol w:w="5130"/>
        <w:gridCol w:w="2367"/>
      </w:tblGrid>
      <w:tr>
        <w:trPr>
          <w:tblHeader/>
        </w:trPr>
        <w:tc>
          <w:tcPr>
            <w:tcW w:type="dxa" w:w="2367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議案</w:t>
            </w:r>
          </w:p>
        </w:tc>
        <w:tc>
          <w:tcPr>
            <w:tcW w:type="dxa" w:w="513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審議の経過（要旨）</w:t>
            </w:r>
          </w:p>
        </w:tc>
        <w:tc>
          <w:tcPr>
            <w:tcW w:type="dxa" w:w="2367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結果</w:t>
            </w:r>
          </w:p>
        </w:tc>
      </w:tr>
      <w:tr>
        <w:trPr>
          <w:trHeight w:val="396" w:hRule="atLeast"/>
        </w:trPr>
        <w:tc>
          <w:tcPr>
            <w:tcW w:type="dxa" w:w="2367"/>
          </w:tcPr>
          <w:p/>
        </w:tc>
        <w:tc>
          <w:tcPr>
            <w:tcW w:type="dxa" w:w="5130"/>
          </w:tcPr>
          <w:p/>
        </w:tc>
        <w:tc>
          <w:tcPr>
            <w:tcW w:type="dxa" w:w="2367"/>
          </w:tcPr>
          <w:p/>
        </w:tc>
      </w:tr>
      <w:tr>
        <w:trPr>
          <w:trHeight w:val="396" w:hRule="atLeast"/>
        </w:trPr>
        <w:tc>
          <w:tcPr>
            <w:tcW w:type="dxa" w:w="2367"/>
          </w:tcPr>
          <w:p/>
        </w:tc>
        <w:tc>
          <w:tcPr>
            <w:tcW w:type="dxa" w:w="5130"/>
          </w:tcPr>
          <w:p/>
        </w:tc>
        <w:tc>
          <w:tcPr>
            <w:tcW w:type="dxa" w:w="2367"/>
          </w:tcPr>
          <w:p/>
        </w:tc>
      </w:tr>
      <w:tr>
        <w:trPr>
          <w:trHeight w:val="396" w:hRule="atLeast"/>
        </w:trPr>
        <w:tc>
          <w:tcPr>
            <w:tcW w:type="dxa" w:w="2367"/>
          </w:tcPr>
          <w:p/>
        </w:tc>
        <w:tc>
          <w:tcPr>
            <w:tcW w:type="dxa" w:w="5130"/>
          </w:tcPr>
          <w:p/>
        </w:tc>
        <w:tc>
          <w:tcPr>
            <w:tcW w:type="dxa" w:w="2367"/>
          </w:tcPr>
          <w:p/>
        </w:tc>
      </w:tr>
    </w:tbl>
    <w:p>
      <w:pPr>
        <w:pStyle w:val="Heading1"/>
      </w:pPr>
      <w:r>
        <w:t>報告事項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確認・承認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959"/>
        <w:gridCol w:w="3946"/>
        <w:gridCol w:w="2959"/>
      </w:tblGrid>
      <w:tr>
        <w:trPr>
          <w:tblHeader/>
        </w:trPr>
        <w:tc>
          <w:tcPr>
            <w:tcW w:type="dxa" w:w="2959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役割</w:t>
            </w:r>
          </w:p>
        </w:tc>
        <w:tc>
          <w:tcPr>
            <w:tcW w:type="dxa" w:w="394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氏名</w:t>
            </w:r>
          </w:p>
        </w:tc>
        <w:tc>
          <w:tcPr>
            <w:tcW w:type="dxa" w:w="2959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確認日</w:t>
            </w:r>
          </w:p>
        </w:tc>
      </w:tr>
      <w:tr>
        <w:trPr>
          <w:trHeight w:val="396" w:hRule="atLeast"/>
        </w:trPr>
        <w:tc>
          <w:tcPr>
            <w:tcW w:type="dxa" w:w="295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記録者</w:t>
            </w:r>
          </w:p>
        </w:tc>
        <w:tc>
          <w:tcPr>
            <w:tcW w:type="dxa" w:w="3946"/>
          </w:tcPr>
          <w:p/>
        </w:tc>
        <w:tc>
          <w:tcPr>
            <w:tcW w:type="dxa" w:w="2959"/>
          </w:tcPr>
          <w:p/>
        </w:tc>
      </w:tr>
      <w:tr>
        <w:trPr>
          <w:trHeight w:val="396" w:hRule="atLeast"/>
        </w:trPr>
        <w:tc>
          <w:tcPr>
            <w:tcW w:type="dxa" w:w="295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議長</w:t>
            </w:r>
          </w:p>
        </w:tc>
        <w:tc>
          <w:tcPr>
            <w:tcW w:type="dxa" w:w="3946"/>
          </w:tcPr>
          <w:p/>
        </w:tc>
        <w:tc>
          <w:tcPr>
            <w:tcW w:type="dxa" w:w="2959"/>
          </w:tcPr>
          <w:p/>
        </w:tc>
      </w:tr>
      <w:tr>
        <w:trPr>
          <w:trHeight w:val="396" w:hRule="atLeast"/>
        </w:trPr>
        <w:tc>
          <w:tcPr>
            <w:tcW w:type="dxa" w:w="295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回覧（出席者）</w:t>
            </w:r>
          </w:p>
        </w:tc>
        <w:tc>
          <w:tcPr>
            <w:tcW w:type="dxa" w:w="3946"/>
          </w:tcPr>
          <w:p/>
        </w:tc>
        <w:tc>
          <w:tcPr>
            <w:tcW w:type="dxa" w:w="2959"/>
          </w:tcPr>
          <w:p/>
        </w:tc>
      </w:tr>
    </w:tbl>
    <w:p>
      <w:r>
        <w:br w:type="page"/>
      </w:r>
    </w:p>
    <w:p>
      <w:pPr>
        <w:pStyle w:val="Title"/>
      </w:pPr>
      <w:r>
        <w:t>議事録（正式版・承認欄つき）　記入例</w:t>
      </w:r>
    </w:p>
    <w:p>
      <w:pPr>
        <w:spacing w:after="40"/>
      </w:pPr>
      <w:r>
        <w:rPr>
          <w:color w:val="555B6B"/>
          <w:sz w:val="15"/>
        </w:rPr>
        <w:t>架空の会議の記入例です。社名・氏名・日付・数値は説明用で、実在のものではありません。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会議名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2026年度 第3回 業務改善委員会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日時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2026年10月8日（水）15:00〜16:10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場所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本社5階 第1会議室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出席者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委員7名中6名（議長：総務部長 小林）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欠席者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経理部 西村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記録者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総務部 大野</w:t>
            </w:r>
          </w:p>
        </w:tc>
      </w:tr>
    </w:tbl>
    <w:p>
      <w:pPr>
        <w:pStyle w:val="Heading1"/>
      </w:pPr>
      <w:r>
        <w:t>議案と審議の結果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367"/>
        <w:gridCol w:w="5130"/>
        <w:gridCol w:w="2367"/>
      </w:tblGrid>
      <w:tr>
        <w:trPr>
          <w:tblHeader/>
        </w:trPr>
        <w:tc>
          <w:tcPr>
            <w:tcW w:type="dxa" w:w="2367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議案</w:t>
            </w:r>
          </w:p>
        </w:tc>
        <w:tc>
          <w:tcPr>
            <w:tcW w:type="dxa" w:w="513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審議の経過（要旨）</w:t>
            </w:r>
          </w:p>
        </w:tc>
        <w:tc>
          <w:tcPr>
            <w:tcW w:type="dxa" w:w="2367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結果</w:t>
            </w:r>
          </w:p>
        </w:tc>
      </w:tr>
      <w:tr>
        <w:trPr>
          <w:trHeight w:val="396" w:hRule="atLeast"/>
        </w:trPr>
        <w:tc>
          <w:tcPr>
            <w:tcW w:type="dxa" w:w="236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第1号 経費精算の電子化</w:t>
            </w:r>
          </w:p>
        </w:tc>
        <w:tc>
          <w:tcPr>
            <w:tcW w:type="dxa" w:w="513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紙の領収書の保管方法について質疑。原本は3か月保管で合意</w:t>
            </w:r>
          </w:p>
        </w:tc>
        <w:tc>
          <w:tcPr>
            <w:tcW w:type="dxa" w:w="236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原案どおり承認</w:t>
            </w:r>
          </w:p>
        </w:tc>
      </w:tr>
      <w:tr>
        <w:trPr>
          <w:trHeight w:val="396" w:hRule="atLeast"/>
        </w:trPr>
        <w:tc>
          <w:tcPr>
            <w:tcW w:type="dxa" w:w="236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第2号 在宅勤務手当の見直し</w:t>
            </w:r>
          </w:p>
        </w:tc>
        <w:tc>
          <w:tcPr>
            <w:tcW w:type="dxa" w:w="513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金額の根拠資料が不足との意見</w:t>
            </w:r>
          </w:p>
        </w:tc>
        <w:tc>
          <w:tcPr>
            <w:tcW w:type="dxa" w:w="236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継続審議（次回）</w:t>
            </w:r>
          </w:p>
        </w:tc>
      </w:tr>
    </w:tbl>
    <w:p>
      <w:pPr>
        <w:pStyle w:val="Heading1"/>
      </w:pPr>
      <w:r>
        <w:t>報告事項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・上期の残業時間は前年同期比で8%減少（総務部）</w:t>
            </w:r>
          </w:p>
          <w:p>
            <w:pPr>
              <w:spacing w:after="0"/>
            </w:pPr>
            <w:r>
              <w:rPr>
                <w:sz w:val="17"/>
              </w:rPr>
              <w:t>・システム更新は11月3日に実施予定（情報システム部）</w:t>
            </w:r>
          </w:p>
        </w:tc>
      </w:tr>
    </w:tbl>
    <w:p>
      <w:pPr>
        <w:pStyle w:val="Heading1"/>
      </w:pPr>
      <w:r>
        <w:t>確認・承認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959"/>
        <w:gridCol w:w="3946"/>
        <w:gridCol w:w="2959"/>
      </w:tblGrid>
      <w:tr>
        <w:trPr>
          <w:tblHeader/>
        </w:trPr>
        <w:tc>
          <w:tcPr>
            <w:tcW w:type="dxa" w:w="2959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役割</w:t>
            </w:r>
          </w:p>
        </w:tc>
        <w:tc>
          <w:tcPr>
            <w:tcW w:type="dxa" w:w="394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氏名</w:t>
            </w:r>
          </w:p>
        </w:tc>
        <w:tc>
          <w:tcPr>
            <w:tcW w:type="dxa" w:w="2959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確認日</w:t>
            </w:r>
          </w:p>
        </w:tc>
      </w:tr>
      <w:tr>
        <w:trPr>
          <w:trHeight w:val="396" w:hRule="atLeast"/>
        </w:trPr>
        <w:tc>
          <w:tcPr>
            <w:tcW w:type="dxa" w:w="295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記録者</w:t>
            </w:r>
          </w:p>
        </w:tc>
        <w:tc>
          <w:tcPr>
            <w:tcW w:type="dxa" w:w="394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大野</w:t>
            </w:r>
          </w:p>
        </w:tc>
        <w:tc>
          <w:tcPr>
            <w:tcW w:type="dxa" w:w="295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10月8日</w:t>
            </w:r>
          </w:p>
        </w:tc>
      </w:tr>
      <w:tr>
        <w:trPr>
          <w:trHeight w:val="396" w:hRule="atLeast"/>
        </w:trPr>
        <w:tc>
          <w:tcPr>
            <w:tcW w:type="dxa" w:w="295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議長</w:t>
            </w:r>
          </w:p>
        </w:tc>
        <w:tc>
          <w:tcPr>
            <w:tcW w:type="dxa" w:w="394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小林</w:t>
            </w:r>
          </w:p>
        </w:tc>
        <w:tc>
          <w:tcPr>
            <w:tcW w:type="dxa" w:w="295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10月9日</w:t>
            </w:r>
          </w:p>
        </w:tc>
      </w:tr>
      <w:tr>
        <w:trPr>
          <w:trHeight w:val="396" w:hRule="atLeast"/>
        </w:trPr>
        <w:tc>
          <w:tcPr>
            <w:tcW w:type="dxa" w:w="295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回覧（出席者）</w:t>
            </w:r>
          </w:p>
        </w:tc>
        <w:tc>
          <w:tcPr>
            <w:tcW w:type="dxa" w:w="394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委員6名</w:t>
            </w:r>
          </w:p>
        </w:tc>
        <w:tc>
          <w:tcPr>
            <w:tcW w:type="dxa" w:w="295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10月10日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1020" w:bottom="794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B6B"/>
        <w:sz w:val="14"/>
      </w:rPr>
      <w:t>Klang  |  jp.klang.ai/resources/meeting-minutes-template-word/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64" w:lineRule="auto"/>
    </w:pPr>
    <w:rPr>
      <w:rFonts w:ascii="Noto Sans CJK JP" w:hAnsi="Noto Sans CJK JP" w:eastAsia="Noto Sans CJK JP"/>
      <w:color w:val="11182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4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111827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b/>
      <w:color w:val="111827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