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意思決定・アクション重視テンプレート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会議名：</w:t>
      </w:r>
    </w:p>
    <w:p>
      <w:r>
        <w:t>日時：2026年◯月◯日（◯）</w:t>
      </w:r>
    </w:p>
    <w:p>
      <w:r>
        <w:t>参加者：</w:t>
      </w:r>
    </w:p>
    <w:p>
      <w:r>
        <w:t>決定者：</w:t>
      </w:r>
    </w:p>
    <w:p>
      <w:pPr>
        <w:pStyle w:val="Heading1"/>
        <w:spacing w:before="180" w:after="60"/>
      </w:pPr>
      <w:r>
        <w:t>決める必要があること</w:t>
      </w:r>
    </w:p>
    <w:p>
      <w:r>
        <w:t>・</w:t>
      </w:r>
    </w:p>
    <w:p>
      <w:pPr>
        <w:pStyle w:val="Heading1"/>
        <w:spacing w:before="180" w:after="60"/>
      </w:pPr>
      <w:r>
        <w:t>前提・判断材料</w:t>
      </w:r>
    </w:p>
    <w:p>
      <w:r>
        <w:t>・事実：</w:t>
      </w:r>
    </w:p>
    <w:p>
      <w:r>
        <w:t>・制約：</w:t>
      </w:r>
    </w:p>
    <w:p>
      <w:pPr>
        <w:pStyle w:val="Heading1"/>
        <w:spacing w:before="180" w:after="60"/>
      </w:pPr>
      <w:r>
        <w:t>検討した選択肢</w:t>
      </w:r>
    </w:p>
    <w:p>
      <w:r>
        <w:t>・案A：／利点：／懸念：</w:t>
      </w:r>
    </w:p>
    <w:p>
      <w:r>
        <w:t>・案B：／利点：／懸念：</w:t>
      </w:r>
    </w:p>
    <w:p>
      <w:pPr>
        <w:pStyle w:val="Heading1"/>
        <w:spacing w:before="180" w:after="60"/>
      </w:pPr>
      <w:r>
        <w:t>決定</w:t>
      </w:r>
    </w:p>
    <w:p>
      <w:r>
        <w:t>・内容：</w:t>
      </w:r>
    </w:p>
    <w:p>
      <w:r>
        <w:t>・理由：</w:t>
      </w:r>
    </w:p>
    <w:p>
      <w:r>
        <w:t>・適用日：</w:t>
      </w:r>
    </w:p>
    <w:p>
      <w:pPr>
        <w:pStyle w:val="Heading1"/>
        <w:spacing w:before="180" w:after="60"/>
      </w:pPr>
      <w:r>
        <w:t>アクション</w:t>
      </w:r>
    </w:p>
    <w:p>
      <w:r>
        <w:t>・内容：／責任者：／期限：／完了条件：</w:t>
      </w:r>
    </w:p>
    <w:p>
      <w:pPr>
        <w:pStyle w:val="Heading1"/>
        <w:spacing w:before="180" w:after="60"/>
      </w:pPr>
      <w:r>
        <w:t>未解決・再検討条件</w:t>
      </w:r>
    </w:p>
    <w:p>
      <w:r>
        <w:t>・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