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顧客インタビューテンプレート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インタビュー名：</w:t>
      </w:r>
    </w:p>
    <w:p>
      <w:r>
        <w:t>日時：2026年◯月◯日（◯）</w:t>
      </w:r>
    </w:p>
    <w:p>
      <w:r>
        <w:t>聞き手：</w:t>
      </w:r>
    </w:p>
    <w:p>
      <w:r>
        <w:t>参加者・属性（必要な範囲のみ）：</w:t>
      </w:r>
    </w:p>
    <w:p>
      <w:r>
        <w:t>調査目的：</w:t>
      </w:r>
    </w:p>
    <w:p>
      <w:pPr>
        <w:pStyle w:val="Heading1"/>
        <w:spacing w:before="180" w:after="60"/>
      </w:pPr>
      <w:r>
        <w:t>現在の状況・行動</w:t>
      </w:r>
    </w:p>
    <w:p>
      <w:r>
        <w:t>・</w:t>
      </w:r>
    </w:p>
    <w:p>
      <w:pPr>
        <w:pStyle w:val="Heading1"/>
        <w:spacing w:before="180" w:after="60"/>
      </w:pPr>
      <w:r>
        <w:t>困りごと・きっかけ</w:t>
      </w:r>
    </w:p>
    <w:p>
      <w:r>
        <w:t>・</w:t>
      </w:r>
    </w:p>
    <w:p>
      <w:pPr>
        <w:pStyle w:val="Heading1"/>
        <w:spacing w:before="180" w:after="60"/>
      </w:pPr>
      <w:r>
        <w:t>実際の発言（引用候補）</w:t>
      </w:r>
    </w:p>
    <w:p>
      <w:r>
        <w:t>・「引用する発言」（時刻：00:00）</w:t>
      </w:r>
    </w:p>
    <w:p>
      <w:pPr>
        <w:pStyle w:val="Heading1"/>
        <w:spacing w:before="180" w:after="60"/>
      </w:pPr>
      <w:r>
        <w:t>ニーズ・期待</w:t>
      </w:r>
    </w:p>
    <w:p>
      <w:r>
        <w:t>・</w:t>
      </w:r>
    </w:p>
    <w:p>
      <w:pPr>
        <w:pStyle w:val="Heading1"/>
        <w:spacing w:before="180" w:after="60"/>
      </w:pPr>
      <w:r>
        <w:t>観察した事実と仮説</w:t>
      </w:r>
    </w:p>
    <w:p>
      <w:r>
        <w:t>・事実：</w:t>
      </w:r>
    </w:p>
    <w:p>
      <w:r>
        <w:t>・仮説：</w:t>
      </w:r>
    </w:p>
    <w:p>
      <w:pPr>
        <w:pStyle w:val="Heading1"/>
        <w:spacing w:before="180" w:after="60"/>
      </w:pPr>
      <w:r>
        <w:t>追加で確認すること</w:t>
      </w:r>
    </w:p>
    <w:p>
      <w:r>
        <w:t>・</w:t>
      </w:r>
    </w:p>
    <w:p>
      <w:pPr>
        <w:pStyle w:val="Heading1"/>
        <w:spacing w:before="180" w:after="60"/>
      </w:pPr>
      <w:r>
        <w:t>取り扱いメモ</w:t>
      </w:r>
    </w:p>
    <w:p>
      <w:r>
        <w:t>・同意範囲：／匿名化：要・不要／共有範囲：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jp.klang.ai/resources/meeting-minutes-templates/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