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取締役会議事録テンプレート</w:t>
      </w:r>
    </w:p>
    <w:p>
      <w:r>
        <w:rPr>
          <w:sz w:val="18"/>
        </w:rPr>
        <w:t>空欄を編集して使用してください。項目や行数は会議に合わせて変更できます。</w:t>
      </w:r>
    </w:p>
    <w:p>
      <w:r>
        <w:t>第◯回 取締役会議事録</w:t>
      </w:r>
    </w:p>
    <w:p>
      <w:r>
        <w:t>1. 開催日時：2026年◯月◯日（◯）◯時◯分〜◯時◯分</w:t>
      </w:r>
    </w:p>
    <w:p>
      <w:r>
        <w:t>2. 開催場所：本店会議室</w:t>
      </w:r>
    </w:p>
    <w:p>
      <w:r>
        <w:t xml:space="preserve">   （場所にいない出席者：氏名／出席方法：テレビ会議・電話会議など）</w:t>
      </w:r>
    </w:p>
    <w:p>
      <w:r>
        <w:t>3. 取締役の総数：◯名／出席取締役：◯名（氏名）</w:t>
      </w:r>
    </w:p>
    <w:p>
      <w:r>
        <w:t xml:space="preserve">   監査役の総数：◯名／出席監査役：◯名（氏名）</w:t>
      </w:r>
    </w:p>
    <w:p>
      <w:r>
        <w:t xml:space="preserve">   その他の出席者（執行役・会計参与・会計監査人・株主がいる場合）：</w:t>
      </w:r>
    </w:p>
    <w:p>
      <w:r>
        <w:t>4. 議長：代表取締役 ◯◯（定款第◯条による）</w:t>
      </w:r>
    </w:p>
    <w:p>
      <w:r>
        <w:t>5. 招集の経緯（取締役・株主・監査役などの請求による招集の場合のみ）：</w:t>
      </w:r>
    </w:p>
    <w:p>
      <w:pPr>
        <w:pStyle w:val="Heading1"/>
        <w:spacing w:before="180" w:after="60"/>
      </w:pPr>
      <w:r>
        <w:t>議事の経過の要領及びその結果</w:t>
      </w:r>
    </w:p>
    <w:p>
      <w:r>
        <w:t>第1号議案 ◯◯の件</w:t>
      </w:r>
    </w:p>
    <w:p>
      <w:r>
        <w:t>・経過の要領：議長から、◯◯について説明があった。質疑：</w:t>
      </w:r>
    </w:p>
    <w:p>
      <w:r>
        <w:t>・結果：議長が議場に諮ったところ、出席取締役全員の賛成により、原案どおり承認可決された。</w:t>
      </w:r>
    </w:p>
    <w:p>
      <w:r>
        <w:t>・特別の利害関係を有する取締役：なし（ある場合は氏名。当該取締役は決議に加わっていない）</w:t>
      </w:r>
    </w:p>
    <w:p>
      <w:r>
        <w:t>第2号議案 ◯◯の件</w:t>
      </w:r>
    </w:p>
    <w:p>
      <w:r>
        <w:t>・経過の要領：</w:t>
      </w:r>
    </w:p>
    <w:p>
      <w:r>
        <w:t>・結果：</w:t>
      </w:r>
    </w:p>
    <w:p>
      <w:r>
        <w:t>・特別の利害関係を有する取締役：</w:t>
      </w:r>
    </w:p>
    <w:p>
      <w:pPr>
        <w:pStyle w:val="Heading1"/>
        <w:spacing w:before="180" w:after="60"/>
      </w:pPr>
      <w:r>
        <w:t>報告事項</w:t>
      </w:r>
    </w:p>
    <w:p>
      <w:r>
        <w:t>・代表取締役の職務執行状況の報告：</w:t>
      </w:r>
    </w:p>
    <w:p>
      <w:r>
        <w:t>・法令の規定により述べられた意見・発言の概要（監査役の意見など、ある場合）：</w:t>
      </w:r>
    </w:p>
    <w:p>
      <w:pPr>
        <w:pStyle w:val="Heading1"/>
        <w:spacing w:before="180" w:after="60"/>
      </w:pPr>
      <w:r>
        <w:t>閉会</w:t>
      </w:r>
    </w:p>
    <w:p>
      <w:r>
        <w:t>議長は、以上をもって本日の議事を終了した旨を述べ、◯時◯分に閉会した。</w:t>
      </w:r>
    </w:p>
    <w:p>
      <w:r>
        <w:t>以上の議事の経過の要領及びその結果を明確にするため、この議事録を作成し、出席取締役及び出席監査役が次に記名押印する。</w:t>
      </w:r>
    </w:p>
    <w:p>
      <w:r>
        <w:t>2026年◯月◯日</w:t>
      </w:r>
    </w:p>
    <w:p>
      <w:r>
        <w:t>株式会社◯◯ 取締役会</w:t>
      </w:r>
    </w:p>
    <w:p>
      <w:r>
        <w:t>議長 代表取締役 ◯◯ ㊞</w:t>
      </w:r>
    </w:p>
    <w:p>
      <w:r>
        <w:t>出席取締役 ◯◯ ㊞</w:t>
      </w:r>
    </w:p>
    <w:p>
      <w:r>
        <w:t>出席取締役 ◯◯ ㊞</w:t>
      </w:r>
    </w:p>
    <w:p>
      <w:r>
        <w:t>出席監査役 ◯◯ ㊞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jp.klang.ai/resources/meeting-minutes-templates/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