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会議メモシート</w:t>
      </w:r>
    </w:p>
    <w:p>
      <w:pPr>
        <w:spacing w:after="80"/>
      </w:pPr>
      <w:r>
        <w:rPr>
          <w:color w:val="555B6B"/>
          <w:sz w:val="15"/>
        </w:rPr>
        <w:t>記号：決＝決定したこと　T＝ToDo（誰が・何を・いつまで）　？＝保留・質問・確認したいこと　！＝重要・相手が強調したこと　★＝録音で聞き直す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07"/>
        <w:gridCol w:w="4365"/>
        <w:gridCol w:w="907"/>
        <w:gridCol w:w="4365"/>
      </w:tblGrid>
      <w:tr>
        <w:trPr>
          <w:trHeight w:val="453" w:hRule="exact"/>
        </w:trPr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会議名</w:t>
            </w:r>
          </w:p>
        </w:tc>
        <w:tc>
          <w:tcPr>
            <w:tcW w:type="dxa" w:w="4365"/>
          </w:tcPr>
          <w:p/>
        </w:tc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4365"/>
          </w:tcPr>
          <w:p/>
        </w:tc>
      </w:tr>
      <w:tr>
        <w:trPr>
          <w:trHeight w:val="453" w:hRule="exact"/>
        </w:trPr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参加者</w:t>
            </w:r>
          </w:p>
        </w:tc>
        <w:tc>
          <w:tcPr>
            <w:tcW w:type="dxa" w:w="4365"/>
          </w:tcPr>
          <w:p/>
        </w:tc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録音</w:t>
            </w:r>
          </w:p>
        </w:tc>
        <w:tc>
          <w:tcPr>
            <w:tcW w:type="dxa" w:w="4365"/>
          </w:tcPr>
          <w:p/>
        </w:tc>
      </w:tr>
    </w:tbl>
    <w:p>
      <w:pPr>
        <w:spacing w:after="0"/>
      </w:pPr>
      <w:r>
        <w:rPr>
          <w:sz w:val="1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793"/>
        <w:gridCol w:w="7257"/>
      </w:tblGrid>
      <w:tr>
        <w:trPr>
          <w:trHeight w:val="368" w:hRule="exact"/>
        </w:trPr>
        <w:tc>
          <w:tcPr>
            <w:tcW w:type="dxa" w:w="2494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キーワード・問い（会議後）</w:t>
            </w:r>
          </w:p>
        </w:tc>
        <w:tc>
          <w:tcPr>
            <w:tcW w:type="dxa" w:w="794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725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メモ（会議中）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</w:tbl>
    <w:p>
      <w:pPr>
        <w:spacing w:after="0"/>
      </w:pPr>
      <w:r>
        <w:rPr>
          <w:sz w:val="1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3515"/>
        <w:gridCol w:w="3515"/>
      </w:tblGrid>
      <w:tr>
        <w:trPr>
          <w:trHeight w:val="368" w:hRule="exact"/>
        </w:trPr>
        <w:tc>
          <w:tcPr>
            <w:tcW w:type="dxa" w:w="351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決定</w:t>
            </w:r>
          </w:p>
        </w:tc>
        <w:tc>
          <w:tcPr>
            <w:tcW w:type="dxa" w:w="351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ToDo（誰が・何を・いつまで）</w:t>
            </w:r>
          </w:p>
        </w:tc>
        <w:tc>
          <w:tcPr>
            <w:tcW w:type="dxa" w:w="351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保留・確認事項</w:t>
            </w:r>
          </w:p>
        </w:tc>
      </w:tr>
      <w:tr>
        <w:trPr>
          <w:trHeight w:val="1927" w:hRule="exact"/>
        </w:trPr>
        <w:tc>
          <w:tcPr>
            <w:tcW w:type="dxa" w:w="3515"/>
          </w:tcPr>
          <w:p/>
        </w:tc>
        <w:tc>
          <w:tcPr>
            <w:tcW w:type="dxa" w:w="3515"/>
          </w:tcPr>
          <w:p/>
        </w:tc>
        <w:tc>
          <w:tcPr>
            <w:tcW w:type="dxa" w:w="3515"/>
          </w:tcPr>
          <w:p/>
        </w:tc>
      </w:tr>
    </w:tbl>
    <w:p>
      <w:pPr>
        <w:spacing w:after="0"/>
      </w:pPr>
      <w:r>
        <w:rPr>
          <w:sz w:val="1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546"/>
      </w:tblGrid>
      <w:tr>
        <w:trPr>
          <w:trHeight w:val="368" w:hRule="exact"/>
        </w:trPr>
        <w:tc>
          <w:tcPr>
            <w:tcW w:type="dxa" w:w="1054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要約（会議後に3行で）</w:t>
            </w:r>
          </w:p>
        </w:tc>
      </w:tr>
      <w:tr>
        <w:trPr>
          <w:trHeight w:val="1134" w:hRule="exact"/>
        </w:trPr>
        <w:tc>
          <w:tcPr>
            <w:tcW w:type="dxa" w:w="10545"/>
          </w:tcPr>
          <w:p/>
        </w:tc>
      </w:tr>
    </w:tbl>
    <w:p>
      <w:r>
        <w:br w:type="page"/>
      </w:r>
    </w:p>
    <w:p>
      <w:r>
        <w:rPr>
          <w:b/>
          <w:sz w:val="30"/>
        </w:rPr>
        <w:t>会議メモシート</w:t>
      </w:r>
      <w:r>
        <w:rPr>
          <w:color w:val="555B6B"/>
          <w:sz w:val="15"/>
        </w:rPr>
        <w:t xml:space="preserve">　記入例（架空の会議です。実在の企業・人物とは関係ありません）</w:t>
      </w:r>
    </w:p>
    <w:p>
      <w:pPr>
        <w:spacing w:after="80"/>
      </w:pPr>
      <w:r>
        <w:rPr>
          <w:color w:val="555B6B"/>
          <w:sz w:val="15"/>
        </w:rPr>
        <w:t>記号：決＝決定したこと　T＝ToDo（誰が・何を・いつまで）　？＝保留・質問・確認したいこと　！＝重要・相手が強調したこと　★＝録音で聞き直す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07"/>
        <w:gridCol w:w="4365"/>
        <w:gridCol w:w="907"/>
        <w:gridCol w:w="4365"/>
      </w:tblGrid>
      <w:tr>
        <w:trPr>
          <w:trHeight w:val="453" w:hRule="exact"/>
        </w:trPr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会議名</w:t>
            </w:r>
          </w:p>
        </w:tc>
        <w:tc>
          <w:tcPr>
            <w:tcW w:type="dxa" w:w="4365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7"/>
              </w:rPr>
              <w:t>Webサイト改修 定例（第3回）</w:t>
            </w:r>
          </w:p>
        </w:tc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日時</w:t>
            </w:r>
          </w:p>
        </w:tc>
        <w:tc>
          <w:tcPr>
            <w:tcW w:type="dxa" w:w="4365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7"/>
              </w:rPr>
              <w:t>2026年10月6日（火）10:00〜10:45</w:t>
            </w:r>
          </w:p>
        </w:tc>
      </w:tr>
      <w:tr>
        <w:trPr>
          <w:trHeight w:val="453" w:hRule="exact"/>
        </w:trPr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参加者</w:t>
            </w:r>
          </w:p>
        </w:tc>
        <w:tc>
          <w:tcPr>
            <w:tcW w:type="dxa" w:w="4365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7"/>
              </w:rPr>
              <w:t>山田、鈴木、佐藤（記録）</w:t>
            </w:r>
          </w:p>
        </w:tc>
        <w:tc>
          <w:tcPr>
            <w:tcW w:type="dxa" w:w="90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録音</w:t>
            </w:r>
          </w:p>
        </w:tc>
        <w:tc>
          <w:tcPr>
            <w:tcW w:type="dxa" w:w="4365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7"/>
              </w:rPr>
              <w:t>あり（冒頭で全員の同意を得た）</w:t>
            </w:r>
          </w:p>
        </w:tc>
      </w:tr>
    </w:tbl>
    <w:p>
      <w:pPr>
        <w:spacing w:after="0"/>
      </w:pPr>
      <w:r>
        <w:rPr>
          <w:sz w:val="1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793"/>
        <w:gridCol w:w="7257"/>
      </w:tblGrid>
      <w:tr>
        <w:trPr>
          <w:trHeight w:val="368" w:hRule="exact"/>
        </w:trPr>
        <w:tc>
          <w:tcPr>
            <w:tcW w:type="dxa" w:w="2494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キーワード・問い（会議後）</w:t>
            </w:r>
          </w:p>
        </w:tc>
        <w:tc>
          <w:tcPr>
            <w:tcW w:type="dxa" w:w="794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時刻</w:t>
            </w:r>
          </w:p>
        </w:tc>
        <w:tc>
          <w:tcPr>
            <w:tcW w:type="dxa" w:w="7257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メモ（会議中）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公開日は？</w:t>
            </w:r>
          </w:p>
        </w:tc>
        <w:tc>
          <w:tcPr>
            <w:tcW w:type="dxa" w:w="7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10:05</w:t>
            </w:r>
          </w:p>
        </w:tc>
        <w:tc>
          <w:tcPr>
            <w:tcW w:type="dxa" w:w="7257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公開 11/10予定 → デザイン1週遅れ。決 11/17に変更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費用の上限</w:t>
            </w:r>
          </w:p>
        </w:tc>
        <w:tc>
          <w:tcPr>
            <w:tcW w:type="dxa" w:w="7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10:12</w:t>
            </w:r>
          </w:p>
        </w:tc>
        <w:tc>
          <w:tcPr>
            <w:tcW w:type="dxa" w:w="7257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追加ページ3枚 → 見積 +30万くらい？ ★金額は録音で確認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担当</w:t>
            </w:r>
          </w:p>
        </w:tc>
        <w:tc>
          <w:tcPr>
            <w:tcW w:type="dxa" w:w="7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10:20</w:t>
            </w:r>
          </w:p>
        </w:tc>
        <w:tc>
          <w:tcPr>
            <w:tcW w:type="dxa" w:w="7257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問い合わせフォーム改修 T 鈴木 10/20まで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撮影は外注？</w:t>
            </w:r>
          </w:p>
        </w:tc>
        <w:tc>
          <w:tcPr>
            <w:tcW w:type="dxa" w:w="7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10:28</w:t>
            </w:r>
          </w:p>
        </w:tc>
        <w:tc>
          <w:tcPr>
            <w:tcW w:type="dxa" w:w="7257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写真撮影 社内 or 外注 ？ 相見積2社 T 佐藤 10/13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優先順位</w:t>
            </w:r>
          </w:p>
        </w:tc>
        <w:tc>
          <w:tcPr>
            <w:tcW w:type="dxa" w:w="794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10:35</w:t>
            </w:r>
          </w:p>
        </w:tc>
        <w:tc>
          <w:tcPr>
            <w:tcW w:type="dxa" w:w="7257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8"/>
              </w:rPr>
              <w:t>山田「スマホ表示を最優先で」！ PC版は後回しでよい</w:t>
            </w:r>
          </w:p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  <w:tr>
        <w:trPr>
          <w:trHeight w:val="567" w:hRule="exact"/>
        </w:trPr>
        <w:tc>
          <w:tcPr>
            <w:tcW w:type="dxa" w:w="2494"/>
          </w:tcPr>
          <w:p/>
        </w:tc>
        <w:tc>
          <w:tcPr>
            <w:tcW w:type="dxa" w:w="794"/>
          </w:tcPr>
          <w:p/>
        </w:tc>
        <w:tc>
          <w:tcPr>
            <w:tcW w:type="dxa" w:w="7257"/>
          </w:tcPr>
          <w:p/>
        </w:tc>
      </w:tr>
    </w:tbl>
    <w:p>
      <w:pPr>
        <w:spacing w:after="0"/>
      </w:pPr>
      <w:r>
        <w:rPr>
          <w:sz w:val="1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515"/>
        <w:gridCol w:w="3515"/>
        <w:gridCol w:w="3515"/>
      </w:tblGrid>
      <w:tr>
        <w:trPr>
          <w:trHeight w:val="368" w:hRule="exact"/>
        </w:trPr>
        <w:tc>
          <w:tcPr>
            <w:tcW w:type="dxa" w:w="351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決定</w:t>
            </w:r>
          </w:p>
        </w:tc>
        <w:tc>
          <w:tcPr>
            <w:tcW w:type="dxa" w:w="351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ToDo（誰が・何を・いつまで）</w:t>
            </w:r>
          </w:p>
        </w:tc>
        <w:tc>
          <w:tcPr>
            <w:tcW w:type="dxa" w:w="351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保留・確認事項</w:t>
            </w:r>
          </w:p>
        </w:tc>
      </w:tr>
      <w:tr>
        <w:trPr>
          <w:trHeight w:val="1927" w:hRule="exact"/>
        </w:trPr>
        <w:tc>
          <w:tcPr>
            <w:tcW w:type="dxa" w:w="3515"/>
          </w:tcPr>
          <w:p>
            <w:pPr>
              <w:spacing w:after="20"/>
            </w:pPr>
            <w:r>
              <w:rPr>
                <w:color w:val="1F3A8A"/>
                <w:sz w:val="17"/>
              </w:rPr>
              <w:t>・公開日を11月17日に変更</w:t>
            </w:r>
          </w:p>
          <w:p>
            <w:pPr>
              <w:spacing w:after="20"/>
            </w:pPr>
            <w:r>
              <w:rPr>
                <w:color w:val="1F3A8A"/>
                <w:sz w:val="17"/>
              </w:rPr>
              <w:t>・スマホ表示の確認を最優先にする</w:t>
            </w:r>
          </w:p>
        </w:tc>
        <w:tc>
          <w:tcPr>
            <w:tcW w:type="dxa" w:w="3515"/>
          </w:tcPr>
          <w:p>
            <w:pPr>
              <w:spacing w:after="20"/>
            </w:pPr>
            <w:r>
              <w:rPr>
                <w:color w:val="1F3A8A"/>
                <w:sz w:val="17"/>
              </w:rPr>
              <w:t>・鈴木：問い合わせフォーム改修（10/20）</w:t>
            </w:r>
          </w:p>
          <w:p>
            <w:pPr>
              <w:spacing w:after="20"/>
            </w:pPr>
            <w:r>
              <w:rPr>
                <w:color w:val="1F3A8A"/>
                <w:sz w:val="17"/>
              </w:rPr>
              <w:t>・佐藤：撮影の相見積を2社（10/13）</w:t>
            </w:r>
          </w:p>
        </w:tc>
        <w:tc>
          <w:tcPr>
            <w:tcW w:type="dxa" w:w="3515"/>
          </w:tcPr>
          <w:p>
            <w:pPr>
              <w:spacing w:after="20"/>
            </w:pPr>
            <w:r>
              <w:rPr>
                <w:color w:val="1F3A8A"/>
                <w:sz w:val="17"/>
              </w:rPr>
              <w:t>・写真撮影を外注するか（10/13定例で決定）</w:t>
            </w:r>
          </w:p>
          <w:p>
            <w:pPr>
              <w:spacing w:after="20"/>
            </w:pPr>
            <w:r>
              <w:rPr>
                <w:color w:val="1F3A8A"/>
                <w:sz w:val="17"/>
              </w:rPr>
              <w:t>・追加費用の承認（金額を録音で確認してから山田さんへ）</w:t>
            </w:r>
          </w:p>
        </w:tc>
      </w:tr>
    </w:tbl>
    <w:p>
      <w:pPr>
        <w:spacing w:after="0"/>
      </w:pPr>
      <w:r>
        <w:rPr>
          <w:sz w:val="1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546"/>
      </w:tblGrid>
      <w:tr>
        <w:trPr>
          <w:trHeight w:val="368" w:hRule="exact"/>
        </w:trPr>
        <w:tc>
          <w:tcPr>
            <w:tcW w:type="dxa" w:w="10545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要約（会議後に3行で）</w:t>
            </w:r>
          </w:p>
        </w:tc>
      </w:tr>
      <w:tr>
        <w:trPr>
          <w:trHeight w:val="1134" w:hRule="exact"/>
        </w:trPr>
        <w:tc>
          <w:tcPr>
            <w:tcW w:type="dxa" w:w="10545"/>
          </w:tcPr>
          <w:p>
            <w:pPr>
              <w:spacing w:after="0" w:line="264" w:lineRule="auto"/>
            </w:pPr>
            <w:r>
              <w:rPr>
                <w:b w:val="0"/>
                <w:color w:val="1F3A8A"/>
                <w:sz w:val="17"/>
              </w:rPr>
              <w:t>デザインの遅れを受けて公開を1週間延期し11月17日とした。追加3ページで費用が増える見込みのため、金額を確かめて次回に承認を得る。スマホ表示を最優先に確認する。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24" w:right="680" w:bottom="624" w:left="680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jp.klang.ai/guides/memo-taking/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