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司会進行台本テンプレート（60分）</w:t>
      </w:r>
    </w:p>
    <w:p>
      <w:pPr/>
      <w:r>
        <w:t>会議名：［　　］</w:t>
      </w:r>
    </w:p>
    <w:p>
      <w:pPr/>
      <w:r>
        <w:t>日時・場所：［開始〜終了／会議室・URL］</w:t>
      </w:r>
    </w:p>
    <w:p>
      <w:pPr/>
      <w:r>
        <w:t>目的（終わったときに決まっていること）：［　　］</w:t>
      </w:r>
    </w:p>
    <w:p>
      <w:pPr/>
      <w:r>
        <w:t>進行：［氏名］／記録：［氏名］／タイムキーパー：［氏名］／決定者：［氏名］</w:t>
      </w:r>
    </w:p>
    <w:p>
      <w:pPr/>
      <w:r>
        <w:t>「」内は読み上げる言葉の例、［　］内は事前に、（　）内は当日に埋めます。</w:t>
      </w:r>
    </w:p>
    <w:p>
      <w:pPr>
        <w:pStyle w:val="Heading1"/>
      </w:pPr>
      <w:r>
        <w:t>00〜05分　オープニング</w:t>
      </w:r>
    </w:p>
    <w:p>
      <w:pPr/>
      <w:r>
        <w:t>「時間になりましたので始めます。本日の進行を務めます［氏名］です」</w:t>
      </w:r>
    </w:p>
    <w:p>
      <w:pPr/>
      <w:r>
        <w:t>「今日の目的は、［目的］ことです。終了は［終了時刻］の予定です」</w:t>
      </w:r>
    </w:p>
    <w:p>
      <w:pPr/>
      <w:r>
        <w:t>「進め方のお願いです。［グラウンドルールを2〜3個］」</w:t>
      </w:r>
    </w:p>
    <w:p>
      <w:pPr/>
      <w:r>
        <w:t>「議事録作成のため、この会議を録音・文字起こしします。差し支えのある方はいまお知らせください」（録音する場合）</w:t>
      </w:r>
    </w:p>
    <w:p>
      <w:pPr>
        <w:pStyle w:val="Heading1"/>
      </w:pPr>
      <w:r>
        <w:t>05〜15分　［共有］［議題1］／説明：［氏名］</w:t>
      </w:r>
    </w:p>
    <w:p>
      <w:pPr/>
      <w:r>
        <w:t>「次は［議題1］です。［氏名］さん、［分数］分でお願いします。質問は説明のあとにまとめて伺います」</w:t>
      </w:r>
    </w:p>
    <w:p>
      <w:pPr/>
      <w:r>
        <w:t>「確認したいことはありますか。なければ次に進みます」</w:t>
      </w:r>
    </w:p>
    <w:p>
      <w:pPr>
        <w:pStyle w:val="Heading1"/>
      </w:pPr>
      <w:r>
        <w:t>15〜33分　［相談］［議題2］／説明：［氏名］</w:t>
      </w:r>
    </w:p>
    <w:p>
      <w:pPr/>
      <w:r>
        <w:t>「［議題2］について意見をいただきたいです。論点は［論点］です。まず一人1分ずつ、まだ発言していない方から伺います」</w:t>
      </w:r>
    </w:p>
    <w:p>
      <w:pPr/>
      <w:r>
        <w:t>（脱線したら）「大事な話なので、パーキングロットに書いて最後に扱います」</w:t>
      </w:r>
    </w:p>
    <w:p>
      <w:pPr/>
      <w:r>
        <w:t>「ここまでの意見を整理すると、（A）と（B）の2つです。合っていますか」</w:t>
      </w:r>
    </w:p>
    <w:p>
      <w:pPr/>
      <w:r>
        <w:t>（残り2分）「残り2分です。まとめに入ります」</w:t>
      </w:r>
    </w:p>
    <w:p>
      <w:pPr>
        <w:pStyle w:val="Heading1"/>
      </w:pPr>
      <w:r>
        <w:t>33〜53分　［決定］［議題3］／決定者：［氏名］</w:t>
      </w:r>
    </w:p>
    <w:p>
      <w:pPr/>
      <w:r>
        <w:t>「［議題3］を決めます。決めるのは［氏名］さんです。決め方は［決め方］です。選択肢と判断基準を先に確認します」</w:t>
      </w:r>
    </w:p>
    <w:p>
      <w:pPr/>
      <w:r>
        <w:t>「反対ではないが懸念がある方は、いま出してください」</w:t>
      </w:r>
    </w:p>
    <w:p>
      <w:pPr/>
      <w:r>
        <w:t>「では、［氏名］さん、判断をお願いします」</w:t>
      </w:r>
    </w:p>
    <w:p>
      <w:pPr/>
      <w:r>
        <w:t>「決定：（　）。理由：（　）。選ばなかった案：（　）。と記録します」</w:t>
      </w:r>
    </w:p>
    <w:p>
      <w:pPr>
        <w:pStyle w:val="Heading1"/>
      </w:pPr>
      <w:r>
        <w:t>53〜60分　クロージング</w:t>
      </w:r>
    </w:p>
    <w:p>
      <w:pPr/>
      <w:r>
        <w:t>「決まったことを読み上げます。決定：（　）。違っていたら、いま訂正してください」</w:t>
      </w:r>
    </w:p>
    <w:p>
      <w:pPr/>
      <w:r>
        <w:t>「ToDoです。（内容）を（担当）さんが（期限）までに。ほかにありますか」</w:t>
      </w:r>
    </w:p>
    <w:p>
      <w:pPr/>
      <w:r>
        <w:t>「パーキングロットに残った論点は、（誰が）（いつ）扱うかを決めます」</w:t>
      </w:r>
    </w:p>
    <w:p>
      <w:pPr/>
      <w:r>
        <w:t>「議事録は［日時］までに共有します。お疲れさまでした」</w:t>
      </w:r>
    </w:p>
    <w:p>
      <w:pPr>
        <w:pStyle w:val="Heading1"/>
      </w:pPr>
      <w:r>
        <w:t>パーキングロット（当日記入）</w:t>
      </w:r>
    </w:p>
    <w:p>
      <w:pPr/>
      <w:r>
        <w:t>論点：（　）／扱う人：（　）／扱う日：（　）</w:t>
      </w:r>
    </w:p>
    <w:p>
      <w:r>
        <w:br w:type="page"/>
      </w:r>
    </w:p>
    <w:p>
      <w:pPr>
        <w:pStyle w:val="Title"/>
      </w:pPr>
      <w:r>
        <w:t>記入例：60分の週次定例会議（架空の例）</w:t>
      </w:r>
    </w:p>
    <w:p>
      <w:pPr/>
      <w:r>
        <w:t>会議名：カスタマーサポート週次定例</w:t>
      </w:r>
    </w:p>
    <w:p>
      <w:pPr/>
      <w:r>
        <w:t>日時・場所：10月8日（水）10:00〜11:00／オンライン（Teams）</w:t>
      </w:r>
    </w:p>
    <w:p>
      <w:pPr/>
      <w:r>
        <w:t>目的（終わったときに決まっていること）：問い合わせ増加への対応案を一つ選び、来週の優先順位を決める</w:t>
      </w:r>
    </w:p>
    <w:p>
      <w:pPr/>
      <w:r>
        <w:t>進行：田中／記録：Klangの文字起こし＋確認は鈴木／タイムキーパー：山本／決定者：佐藤部長</w:t>
      </w:r>
    </w:p>
    <w:p>
      <w:pPr/>
      <w:r>
        <w:t>氏名・数値はすべて架空です。</w:t>
      </w:r>
    </w:p>
    <w:p>
      <w:pPr>
        <w:pStyle w:val="Heading1"/>
      </w:pPr>
      <w:r>
        <w:t>10:00〜10:05　オープニング</w:t>
      </w:r>
    </w:p>
    <w:p>
      <w:pPr/>
      <w:r>
        <w:t>「時間になりましたので始めます。本日の進行を務めます田中です」</w:t>
      </w:r>
    </w:p>
    <w:p>
      <w:pPr/>
      <w:r>
        <w:t>「今日の目的は、問い合わせ増加への対応案を一つ選び、来週の優先順位を決めることです。終了は11時の予定です」</w:t>
      </w:r>
    </w:p>
    <w:p>
      <w:pPr/>
      <w:r>
        <w:t>「進め方のお願いです。進捗の読み上げはしません。話していないときはミュート、発言したいときは挙手ボタンでお願いします」</w:t>
      </w:r>
    </w:p>
    <w:p>
      <w:pPr/>
      <w:r>
        <w:t>「議事録作成のため、この会議を録音・文字起こしします。差し支えのある方はいまお知らせください」</w:t>
      </w:r>
    </w:p>
    <w:p>
      <w:pPr>
        <w:pStyle w:val="Heading1"/>
      </w:pPr>
      <w:r>
        <w:t>10:05〜10:13　［共有］前回ToDoの確認／説明：各担当</w:t>
      </w:r>
    </w:p>
    <w:p>
      <w:pPr/>
      <w:r>
        <w:t>「前回のToDoは3件です。完了していないものだけ、担当の方から一言ずつお願いします」</w:t>
      </w:r>
    </w:p>
    <w:p>
      <w:pPr>
        <w:pStyle w:val="Heading1"/>
      </w:pPr>
      <w:r>
        <w:t>10:13〜10:35　［相談］問い合わせ増加の原因と対応案／説明：鈴木</w:t>
      </w:r>
    </w:p>
    <w:p>
      <w:pPr/>
      <w:r>
        <w:t>「先週から問い合わせが増えている件です。論点は、原因がフォームの変更か、料金改定の案内か、です。鈴木さんの説明のあと、オンラインの方から順に伺います」</w:t>
      </w:r>
    </w:p>
    <w:p>
      <w:pPr/>
      <w:r>
        <w:t>（脱線したら）「採用の話は大事なので、パーキングロットに置きます」</w:t>
      </w:r>
    </w:p>
    <w:p>
      <w:pPr/>
      <w:r>
        <w:t>「整理すると、案はA：FAQを追加する、B：フォームを元に戻す、の2つです。合っていますか」</w:t>
      </w:r>
    </w:p>
    <w:p>
      <w:pPr>
        <w:pStyle w:val="Heading1"/>
      </w:pPr>
      <w:r>
        <w:t>10:35〜10:53　［決定］対応案と来週の優先順位／決定者：佐藤部長</w:t>
      </w:r>
    </w:p>
    <w:p>
      <w:pPr/>
      <w:r>
        <w:t>「対応案を決めます。決めるのは佐藤部長です。判断基準は、来週中にできることと、問い合わせが減るかです」</w:t>
      </w:r>
    </w:p>
    <w:p>
      <w:pPr/>
      <w:r>
        <w:t>「懸念がある方は、いま出してください」</w:t>
      </w:r>
    </w:p>
    <w:p>
      <w:pPr/>
      <w:r>
        <w:t>「決定：A（FAQを追加）。理由：今週中に公開でき、フォームの変更を戻す必要がないため。選ばなかった案：B（効果が出るまで時間がかかる）。と記録します」</w:t>
      </w:r>
    </w:p>
    <w:p>
      <w:pPr>
        <w:pStyle w:val="Heading1"/>
      </w:pPr>
      <w:r>
        <w:t>10:53〜11:00　クロージング</w:t>
      </w:r>
    </w:p>
    <w:p>
      <w:pPr/>
      <w:r>
        <w:t>「ToDoです。FAQ案を鈴木さんが10月10日（金）までに。公開の確認を佐藤部長が10月13日（月）までに」</w:t>
      </w:r>
    </w:p>
    <w:p>
      <w:pPr/>
      <w:r>
        <w:t>「パーキングロットの採用の件は、田中が来週の定例の議題に入れます」</w:t>
      </w:r>
    </w:p>
    <w:p>
      <w:pPr/>
      <w:r>
        <w:t>「議事録は、文字起こしをもとに本日17時までに共有します。お疲れさまでした」</w:t>
      </w:r>
    </w:p>
    <w:p>
      <w:r>
        <w:br w:type="page"/>
      </w:r>
    </w:p>
    <w:p>
      <w:pPr>
        <w:pStyle w:val="Title"/>
      </w:pPr>
      <w:r>
        <w:t>ファシリテーター準備チェックリスト（会議の前日まで）</w:t>
      </w:r>
    </w:p>
    <w:p>
      <w:pPr>
        <w:pStyle w:val="Heading1"/>
      </w:pPr>
      <w:r>
        <w:t>目的と議題</w:t>
      </w:r>
    </w:p>
    <w:p>
      <w:pPr/>
      <w:r>
        <w:t>□ 目的を「終わったときに決まっていること」で1文にした</w:t>
      </w:r>
    </w:p>
    <w:p>
      <w:pPr/>
      <w:r>
        <w:t>□ 議題を共有・相談・決定に分け、共有だけの議題は資料やチャットに回した</w:t>
      </w:r>
    </w:p>
    <w:p>
      <w:pPr/>
      <w:r>
        <w:t>□ 決定の議題ごとに、決定者と決め方（決定者が決める・同意・多数決・全員一致）を決めた</w:t>
      </w:r>
    </w:p>
    <w:p>
      <w:pPr>
        <w:pStyle w:val="Heading1"/>
      </w:pPr>
      <w:r>
        <w:t>参加者と役割</w:t>
      </w:r>
    </w:p>
    <w:p>
      <w:pPr/>
      <w:r>
        <w:t>□ 決める人・意見が必要な人・知っておけばよい人を分け、必要な人だけを呼んだ</w:t>
      </w:r>
    </w:p>
    <w:p>
      <w:pPr/>
      <w:r>
        <w:t>□ 書記とタイムキーパーを頼んだ（録音する場合は、記録の確認担当を決めた）</w:t>
      </w:r>
    </w:p>
    <w:p>
      <w:pPr/>
      <w:r>
        <w:t>□ 決定者が欠席する場合に、委任するか持ち越すかを決めた</w:t>
      </w:r>
    </w:p>
    <w:p>
      <w:pPr>
        <w:pStyle w:val="Heading1"/>
      </w:pPr>
      <w:r>
        <w:t>資料と案内</w:t>
      </w:r>
    </w:p>
    <w:p>
      <w:pPr/>
      <w:r>
        <w:t>□ アジェンダ（目的・議題・時間・説明者・決定者・事前資料）を2営業日前までに送った</w:t>
      </w:r>
    </w:p>
    <w:p>
      <w:pPr/>
      <w:r>
        <w:t>□ 事前に読む資料と、読んでおいてほしい箇所を伝えた</w:t>
      </w:r>
    </w:p>
    <w:p>
      <w:pPr/>
      <w:r>
        <w:t>□ 録音する場合は、目的・共有範囲・保存期間を案内に書いた</w:t>
      </w:r>
    </w:p>
    <w:p>
      <w:pPr>
        <w:pStyle w:val="Heading1"/>
      </w:pPr>
      <w:r>
        <w:t>当日の場</w:t>
      </w:r>
    </w:p>
    <w:p>
      <w:pPr/>
      <w:r>
        <w:t>□ 対面：座席、ホワイトボード、パーキングロットを書く場所</w:t>
      </w:r>
    </w:p>
    <w:p>
      <w:pPr/>
      <w:r>
        <w:t>□ オンライン：画面共有する資料、チャット、挙手・投票機能、会議URL</w:t>
      </w:r>
    </w:p>
    <w:p>
      <w:pPr/>
      <w:r>
        <w:t>□ ハイブリッド：会議室のマイクとスピーカーの確認、オンライン参加者を先に指名する順番</w:t>
      </w:r>
    </w:p>
    <w:p>
      <w:pPr/>
      <w:r>
        <w:t>□ 自分用の進行台本（冒頭の一言、切り替えの言葉、残り時間の告知）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jp.klang.ai/guides/meeting-facilitation/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