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15分の定例朝会アジェンダ</w:t>
      </w:r>
    </w:p>
    <w:p>
      <w:pPr/>
      <w:r>
        <w:t>会議名：［チーム名］朝会</w:t>
      </w:r>
    </w:p>
    <w:p>
      <w:pPr/>
      <w:r>
        <w:t>日時・場所：［毎日◯:◯◯〜◯:◯◯／会議室・URL］</w:t>
      </w:r>
    </w:p>
    <w:p>
      <w:pPr/>
      <w:r>
        <w:t>参加者：［チーム全員］／進行：［輪番の氏名］／記録：［氏名］</w:t>
      </w:r>
    </w:p>
    <w:p>
      <w:pPr/>
      <w:r>
        <w:t>目的：今日の予定と困りごとを共有し、助けが必要な人に担当を付ける</w:t>
      </w:r>
    </w:p>
    <w:p>
      <w:pPr/>
      <w:r>
        <w:t>決定者：［チームリーダー］</w:t>
      </w:r>
    </w:p>
    <w:p>
      <w:pPr/>
      <w:r>
        <w:t>事前準備：各自、昨日やったこと・今日やること・困りごとを1行ずつ書いておく</w:t>
      </w:r>
    </w:p>
    <w:p>
      <w:pPr>
        <w:pStyle w:val="Heading1"/>
      </w:pPr>
      <w:r>
        <w:t>時間配分（合計15分）</w:t>
      </w:r>
    </w:p>
    <w:p>
      <w:pPr/>
      <w:r>
        <w:t>00〜02分：今日の目的と前日からの変化／進行：［氏名］</w:t>
      </w:r>
    </w:p>
    <w:p>
      <w:pPr/>
      <w:r>
        <w:t>02〜10分：各自の予定と困りごと（1人1分、共有のみ）／全員</w:t>
      </w:r>
    </w:p>
    <w:p>
      <w:pPr/>
      <w:r>
        <w:t>10〜13分：困りごとの担当と相談相手を決める／決定者：［氏名］</w:t>
      </w:r>
    </w:p>
    <w:p>
      <w:pPr/>
      <w:r>
        <w:t>13〜15分：今日のToDoと期限を読み合わせ／記録：［氏名］</w:t>
      </w:r>
    </w:p>
    <w:p>
      <w:pPr>
        <w:pStyle w:val="Heading1"/>
      </w:pPr>
      <w:r>
        <w:t>会議後に記入する欄</w:t>
      </w:r>
    </w:p>
    <w:p>
      <w:pPr/>
      <w:r>
        <w:t>困りごとと担当：</w:t>
      </w:r>
    </w:p>
    <w:p>
      <w:pPr/>
      <w:r>
        <w:t>今日のToDo：［内容／担当／期限］</w:t>
      </w:r>
    </w:p>
    <w:p>
      <w:pPr/>
      <w:r>
        <w:t>別の打ち合わせに回した話題：</w:t>
      </w:r>
    </w:p>
    <w:p>
      <w:r>
        <w:br w:type="page"/>
      </w:r>
    </w:p>
    <w:p>
      <w:pPr>
        <w:pStyle w:val="Title"/>
      </w:pPr>
      <w:r>
        <w:t>60分のプロジェクトキックオフアジェンダ</w:t>
      </w:r>
    </w:p>
    <w:p>
      <w:pPr/>
      <w:r>
        <w:t>プロジェクト名：［名称］</w:t>
      </w:r>
    </w:p>
    <w:p>
      <w:pPr/>
      <w:r>
        <w:t>日時・場所：［開始〜終了／会議室・URL］</w:t>
      </w:r>
    </w:p>
    <w:p>
      <w:pPr/>
      <w:r>
        <w:t>参加者：［関係部署の担当者］／進行：［PM］／記録：［氏名］</w:t>
      </w:r>
    </w:p>
    <w:p>
      <w:pPr/>
      <w:r>
        <w:t>目的：ゴール・範囲・体制・進め方について、全員の認識をそろえる</w:t>
      </w:r>
    </w:p>
    <w:p>
      <w:pPr/>
      <w:r>
        <w:t>決定者：［プロジェクトオーナー］</w:t>
      </w:r>
    </w:p>
    <w:p>
      <w:pPr/>
      <w:r>
        <w:t>事前資料：［企画書・提案書のURL］／確認期限：［日時］</w:t>
      </w:r>
    </w:p>
    <w:p>
      <w:pPr>
        <w:pStyle w:val="Heading1"/>
      </w:pPr>
      <w:r>
        <w:t>時間配分（合計60分）</w:t>
      </w:r>
    </w:p>
    <w:p>
      <w:pPr/>
      <w:r>
        <w:t>00〜05分：目的と今日決めることを確認／進行：［氏名］</w:t>
      </w:r>
    </w:p>
    <w:p>
      <w:pPr/>
      <w:r>
        <w:t>05〜15分：背景・ゴール・成功の基準／オーナー：［氏名］</w:t>
      </w:r>
    </w:p>
    <w:p>
      <w:pPr/>
      <w:r>
        <w:t>15〜25分：範囲（やること・やらないこと）／PM：［氏名］</w:t>
      </w:r>
    </w:p>
    <w:p>
      <w:pPr/>
      <w:r>
        <w:t>25〜40分：体制・役割・決定者を決める／決定者：［氏名］</w:t>
      </w:r>
    </w:p>
    <w:p>
      <w:pPr/>
      <w:r>
        <w:t>40〜50分：スケジュール・節目・リスク／PM：［氏名］</w:t>
      </w:r>
    </w:p>
    <w:p>
      <w:pPr/>
      <w:r>
        <w:t>50〜60分：会議体・連絡手段・最初のToDoを読み合わせ／記録：［氏名］</w:t>
      </w:r>
    </w:p>
    <w:p>
      <w:pPr>
        <w:pStyle w:val="Heading1"/>
      </w:pPr>
      <w:r>
        <w:t>会議後に記入する欄</w:t>
      </w:r>
    </w:p>
    <w:p>
      <w:pPr/>
      <w:r>
        <w:t>合意したゴールと成功の基準：</w:t>
      </w:r>
    </w:p>
    <w:p>
      <w:pPr/>
      <w:r>
        <w:t>範囲外にしたこと：</w:t>
      </w:r>
    </w:p>
    <w:p>
      <w:pPr/>
      <w:r>
        <w:t>役割と決定者：</w:t>
      </w:r>
    </w:p>
    <w:p>
      <w:pPr/>
      <w:r>
        <w:t>最初のToDo：［内容／担当／期限］</w:t>
      </w:r>
    </w:p>
    <w:p>
      <w:pPr/>
      <w:r>
        <w:t>未決事項と判断する日：</w:t>
      </w:r>
    </w:p>
    <w:p>
      <w:r>
        <w:br w:type="page"/>
      </w:r>
    </w:p>
    <w:p>
      <w:pPr>
        <w:pStyle w:val="Title"/>
      </w:pPr>
      <w:r>
        <w:t>30分の1on1アジェンダ</w:t>
      </w:r>
    </w:p>
    <w:p>
      <w:pPr/>
      <w:r>
        <w:t>1on1：［メンバー氏名］×［上司氏名］</w:t>
      </w:r>
    </w:p>
    <w:p>
      <w:pPr/>
      <w:r>
        <w:t>日時：［開始〜終了］／頻度：［隔週など］</w:t>
      </w:r>
    </w:p>
    <w:p>
      <w:pPr/>
      <w:r>
        <w:t>目的：本人が話したいことを中心に、次の行動と支援を決める</w:t>
      </w:r>
    </w:p>
    <w:p>
      <w:pPr/>
      <w:r>
        <w:t>事前準備：本人が話したいテーマを前日までに1〜2個書く</w:t>
      </w:r>
    </w:p>
    <w:p>
      <w:pPr>
        <w:pStyle w:val="Heading1"/>
      </w:pPr>
      <w:r>
        <w:t>時間配分（合計30分）</w:t>
      </w:r>
    </w:p>
    <w:p>
      <w:pPr/>
      <w:r>
        <w:t>00〜05分：近況・コンディション／本人</w:t>
      </w:r>
    </w:p>
    <w:p>
      <w:pPr/>
      <w:r>
        <w:t>05〜20分：本人が話したいテーマ／本人</w:t>
      </w:r>
    </w:p>
    <w:p>
      <w:pPr/>
      <w:r>
        <w:t>20〜25分：上司からの共有・フィードバック／上司</w:t>
      </w:r>
    </w:p>
    <w:p>
      <w:pPr/>
      <w:r>
        <w:t>25〜30分：合意したことと、お互いのアクション／双方</w:t>
      </w:r>
    </w:p>
    <w:p>
      <w:pPr>
        <w:pStyle w:val="Heading1"/>
      </w:pPr>
      <w:r>
        <w:t>会議後に記入する欄</w:t>
      </w:r>
    </w:p>
    <w:p>
      <w:pPr/>
      <w:r>
        <w:t>合意したこと：</w:t>
      </w:r>
    </w:p>
    <w:p>
      <w:pPr/>
      <w:r>
        <w:t>本人のアクション：</w:t>
      </w:r>
    </w:p>
    <w:p>
      <w:pPr/>
      <w:r>
        <w:t>上司のアクション・支援：</w:t>
      </w:r>
    </w:p>
    <w:p>
      <w:pPr/>
      <w:r>
        <w:t>次回話したいこと：</w:t>
      </w:r>
    </w:p>
    <w:p>
      <w:r>
        <w:br w:type="page"/>
      </w:r>
    </w:p>
    <w:p>
      <w:pPr>
        <w:pStyle w:val="Title"/>
      </w:pPr>
      <w:r>
        <w:t>45分のブレインストーミングアジェンダ</w:t>
      </w:r>
    </w:p>
    <w:p>
      <w:pPr/>
      <w:r>
        <w:t>テーマ：［問いの形で書く。例：申込完了率を上げるには？］</w:t>
      </w:r>
    </w:p>
    <w:p>
      <w:pPr/>
      <w:r>
        <w:t>日時・場所：［開始〜終了／会議室・URL］</w:t>
      </w:r>
    </w:p>
    <w:p>
      <w:pPr/>
      <w:r>
        <w:t>参加者：［4〜6人程度］／進行：［氏名］／記録：［氏名］</w:t>
      </w:r>
    </w:p>
    <w:p>
      <w:pPr/>
      <w:r>
        <w:t>目的：アイデアを広げ、検証する候補を2〜3案に絞る</w:t>
      </w:r>
    </w:p>
    <w:p>
      <w:pPr/>
      <w:r>
        <w:t>決定者：［氏名］／絞り込みの基準：［効果・工数・期限など］</w:t>
      </w:r>
    </w:p>
    <w:p>
      <w:pPr/>
      <w:r>
        <w:t>事前資料：［現状のデータ・前提条件］</w:t>
      </w:r>
    </w:p>
    <w:p>
      <w:pPr>
        <w:pStyle w:val="Heading1"/>
      </w:pPr>
      <w:r>
        <w:t>時間配分（合計45分）</w:t>
      </w:r>
    </w:p>
    <w:p>
      <w:pPr/>
      <w:r>
        <w:t>00〜05分：問いとルールを確認（否定しない・量を出す）／進行：［氏名］</w:t>
      </w:r>
    </w:p>
    <w:p>
      <w:pPr/>
      <w:r>
        <w:t>05〜10分：各自が黙って書き出す／全員</w:t>
      </w:r>
    </w:p>
    <w:p>
      <w:pPr/>
      <w:r>
        <w:t>10〜25分：共有して広げる・組み合わせる／全員</w:t>
      </w:r>
    </w:p>
    <w:p>
      <w:pPr/>
      <w:r>
        <w:t>25〜35分：似た案をまとめ、基準で評価する／進行：［氏名］</w:t>
      </w:r>
    </w:p>
    <w:p>
      <w:pPr/>
      <w:r>
        <w:t>35〜42分：検証する候補を2〜3案に決める／決定者：［氏名］</w:t>
      </w:r>
    </w:p>
    <w:p>
      <w:pPr/>
      <w:r>
        <w:t>42〜45分：検証の担当と期限を読み合わせ／記録：［氏名］</w:t>
      </w:r>
    </w:p>
    <w:p>
      <w:pPr>
        <w:pStyle w:val="Heading1"/>
      </w:pPr>
      <w:r>
        <w:t>会議後に記入する欄</w:t>
      </w:r>
    </w:p>
    <w:p>
      <w:pPr/>
      <w:r>
        <w:t>候補に残した案と理由：</w:t>
      </w:r>
    </w:p>
    <w:p>
      <w:pPr/>
      <w:r>
        <w:t>見送った案（あとで見直す条件）：</w:t>
      </w:r>
    </w:p>
    <w:p>
      <w:pPr/>
      <w:r>
        <w:t>検証のToDo：［内容／担当／期限］</w:t>
      </w:r>
    </w:p>
    <w:p>
      <w:r>
        <w:br w:type="page"/>
      </w:r>
    </w:p>
    <w:p>
      <w:pPr>
        <w:pStyle w:val="Title"/>
      </w:pPr>
      <w:r>
        <w:t>45分の振り返り（KPT）アジェンダ</w:t>
      </w:r>
    </w:p>
    <w:p>
      <w:pPr/>
      <w:r>
        <w:t>対象：［プロジェクト名・期間］</w:t>
      </w:r>
    </w:p>
    <w:p>
      <w:pPr/>
      <w:r>
        <w:t>日時・場所：［開始〜終了／会議室・URL］</w:t>
      </w:r>
    </w:p>
    <w:p>
      <w:pPr/>
      <w:r>
        <w:t>参加者：［チーム全員］／進行：［氏名］／記録：［氏名］</w:t>
      </w:r>
    </w:p>
    <w:p>
      <w:pPr/>
      <w:r>
        <w:t>目的：続けること・問題・次に試すことを整理し、Tryに担当を付ける</w:t>
      </w:r>
    </w:p>
    <w:p>
      <w:pPr/>
      <w:r>
        <w:t>事前準備：前回のTryと、その結果を確認しておく</w:t>
      </w:r>
    </w:p>
    <w:p>
      <w:pPr>
        <w:pStyle w:val="Heading1"/>
      </w:pPr>
      <w:r>
        <w:t>時間配分（合計45分）</w:t>
      </w:r>
    </w:p>
    <w:p>
      <w:pPr/>
      <w:r>
        <w:t>00〜05分：対象期間と前回のTryの結果を確認／進行：［氏名］</w:t>
      </w:r>
    </w:p>
    <w:p>
      <w:pPr/>
      <w:r>
        <w:t>05〜15分：Keep（続けること）を書き出して共有／全員</w:t>
      </w:r>
    </w:p>
    <w:p>
      <w:pPr/>
      <w:r>
        <w:t>15〜25分：Problem（問題）を書き出して共有／全員</w:t>
      </w:r>
    </w:p>
    <w:p>
      <w:pPr/>
      <w:r>
        <w:t>25〜38分：Try（次に試すこと）を出し、優先順位を付ける／全員</w:t>
      </w:r>
    </w:p>
    <w:p>
      <w:pPr/>
      <w:r>
        <w:t>38〜45分：Tryの担当・期限・効果を確認する日を決める／記録：［氏名］</w:t>
      </w:r>
    </w:p>
    <w:p>
      <w:pPr>
        <w:pStyle w:val="Heading1"/>
      </w:pPr>
      <w:r>
        <w:t>会議後に記入する欄</w:t>
      </w:r>
    </w:p>
    <w:p>
      <w:pPr/>
      <w:r>
        <w:t>Keep：</w:t>
      </w:r>
    </w:p>
    <w:p>
      <w:pPr/>
      <w:r>
        <w:t>Problem：</w:t>
      </w:r>
    </w:p>
    <w:p>
      <w:pPr/>
      <w:r>
        <w:t>Try：［内容／担当／期限／効果を確認する日］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jp.klang.ai/resources/meeting-agenda-templates/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