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週次定例会議のアジェンダ（30分）</w:t>
      </w:r>
    </w:p>
    <w:p>
      <w:pPr/>
      <w:r>
        <w:t>会議名：［チーム名］週次定例</w:t>
      </w:r>
    </w:p>
    <w:p>
      <w:pPr/>
      <w:r>
        <w:t>日時・場所：毎週［曜日］［開始〜終了］／［会議室・URL］</w:t>
      </w:r>
    </w:p>
    <w:p>
      <w:pPr/>
      <w:r>
        <w:t>参加者：［決める人と、意見が必要な人だけ］／進行：［氏名・輪番］／記録：［氏名］</w:t>
      </w:r>
    </w:p>
    <w:p>
      <w:pPr/>
      <w:r>
        <w:t>目的：今週止まっている課題に担当を付け、来週の優先順位を決める</w:t>
      </w:r>
    </w:p>
    <w:p>
      <w:pPr/>
      <w:r>
        <w:t>事前準備：前日17時までに、各自が共有メモ（進捗・困りごと・相談したいこと）を書く</w:t>
      </w:r>
    </w:p>
    <w:p>
      <w:pPr>
        <w:pStyle w:val="Heading1"/>
      </w:pPr>
      <w:r>
        <w:t>時間配分（合計30分）</w:t>
      </w:r>
    </w:p>
    <w:p>
      <w:pPr/>
      <w:r>
        <w:t>00〜03分：目的と今日の議題の確認／進行：［氏名］</w:t>
      </w:r>
    </w:p>
    <w:p>
      <w:pPr/>
      <w:r>
        <w:t>03〜08分：前回ToDoの確認（完了していないものだけ）／各担当</w:t>
      </w:r>
    </w:p>
    <w:p>
      <w:pPr/>
      <w:r>
        <w:t>08〜13分：共有メモへの質問（読み上げはしない）／全員</w:t>
      </w:r>
    </w:p>
    <w:p>
      <w:pPr/>
      <w:r>
        <w:t>13〜25分：［相談・決定］止まっている課題を1〜2件／決定者：［氏名］</w:t>
      </w:r>
    </w:p>
    <w:p>
      <w:pPr/>
      <w:r>
        <w:t>25〜30分：決定事項・担当・期限の読み合わせ／記録：［氏名］</w:t>
      </w:r>
    </w:p>
    <w:p>
      <w:pPr>
        <w:pStyle w:val="Heading1"/>
      </w:pPr>
      <w:r>
        <w:t>会議後に記入する欄</w:t>
      </w:r>
    </w:p>
    <w:p>
      <w:pPr/>
      <w:r>
        <w:t>決定事項：</w:t>
      </w:r>
    </w:p>
    <w:p>
      <w:pPr/>
      <w:r>
        <w:t>ToDo：［内容／担当／期限］</w:t>
      </w:r>
    </w:p>
    <w:p>
      <w:pPr/>
      <w:r>
        <w:t>来週に持ち越す議題：</w:t>
      </w:r>
    </w:p>
    <w:p>
      <w:r>
        <w:br w:type="page"/>
      </w:r>
    </w:p>
    <w:p>
      <w:pPr>
        <w:pStyle w:val="Title"/>
      </w:pPr>
      <w:r>
        <w:t>月次定例会議のアジェンダ（60分）</w:t>
      </w:r>
    </w:p>
    <w:p>
      <w:pPr/>
      <w:r>
        <w:t>会議名：［部署名］月次定例</w:t>
      </w:r>
    </w:p>
    <w:p>
      <w:pPr/>
      <w:r>
        <w:t>日時・場所：毎月第［　］［曜日］［開始〜終了］／［会議室・URL］</w:t>
      </w:r>
    </w:p>
    <w:p>
      <w:pPr/>
      <w:r>
        <w:t>参加者：［部門の責任者と各チームの代表］／進行：［氏名］／記録：［氏名］</w:t>
      </w:r>
    </w:p>
    <w:p>
      <w:pPr/>
      <w:r>
        <w:t>目的：先月の結果を確認し、今月の重点と、判断が必要な課題を決める</w:t>
      </w:r>
    </w:p>
    <w:p>
      <w:pPr/>
      <w:r>
        <w:t>事前資料：月次の数値レポート（2営業日前までに配布）、各チームの課題メモ</w:t>
      </w:r>
    </w:p>
    <w:p>
      <w:pPr>
        <w:pStyle w:val="Heading1"/>
      </w:pPr>
      <w:r>
        <w:t>時間配分（合計60分）</w:t>
      </w:r>
    </w:p>
    <w:p>
      <w:pPr/>
      <w:r>
        <w:t>00〜05分：目的と今日決めることの確認／進行：［氏名］</w:t>
      </w:r>
    </w:p>
    <w:p>
      <w:pPr/>
      <w:r>
        <w:t>05〜15分：［共有］先月の結果（数値は事前資料で確認済みの前提で、差異だけ説明）／［氏名］</w:t>
      </w:r>
    </w:p>
    <w:p>
      <w:pPr/>
      <w:r>
        <w:t>15〜20分：［共有］前回の決定事項とToDoの進み具合／記録：［氏名］</w:t>
      </w:r>
    </w:p>
    <w:p>
      <w:pPr/>
      <w:r>
        <w:t>20〜45分：［決定］今月の重点と、判断が必要な課題（2件まで）／決定者：［氏名］</w:t>
      </w:r>
    </w:p>
    <w:p>
      <w:pPr/>
      <w:r>
        <w:t>45〜53分：［相談］各チームからの相談・依頼／各代表</w:t>
      </w:r>
    </w:p>
    <w:p>
      <w:pPr/>
      <w:r>
        <w:t>53〜60分：決定事項・担当・期限の読み合わせと、来月の議題候補／記録：［氏名］</w:t>
      </w:r>
    </w:p>
    <w:p>
      <w:pPr>
        <w:pStyle w:val="Heading1"/>
      </w:pPr>
      <w:r>
        <w:t>会議後に記入する欄</w:t>
      </w:r>
    </w:p>
    <w:p>
      <w:pPr/>
      <w:r>
        <w:t>決定事項と理由：</w:t>
      </w:r>
    </w:p>
    <w:p>
      <w:pPr/>
      <w:r>
        <w:t>ToDo：［内容／担当／期限］</w:t>
      </w:r>
    </w:p>
    <w:p>
      <w:pPr/>
      <w:r>
        <w:t>来月の議題候補：</w:t>
      </w:r>
    </w:p>
    <w:sectPr w:rsidR="00FC693F" w:rsidRPr="0006063C" w:rsidSect="00034616">
      <w:footerReference w:type="default" r:id="rId9"/>
      <w:pgSz w:w="11906" w:h="16838"/>
      <w:pgMar w:top="964" w:right="1134" w:bottom="96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sz w:val="16"/>
      </w:rPr>
      <w:t>Klang  |  jp.klang.ai/resources/meeting-agenda-templates/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 w:line="276" w:lineRule="auto"/>
    </w:pPr>
    <w:rPr>
      <w:rFonts w:ascii="Noto Sans CJK JP" w:hAnsi="Noto Sans CJK JP" w:eastAsia="Noto Sans CJK JP"/>
      <w:color w:val="000000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Noto Sans CJK JP" w:hAnsi="Noto Sans CJK JP" w:eastAsia="Noto Sans CJK JP"/>
      <w:b/>
      <w:bCs/>
      <w:color w:val="000000"/>
      <w:sz w:val="2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Noto Sans CJK JP" w:hAnsi="Noto Sans CJK JP" w:eastAsia="Noto Sans CJK JP"/>
      <w:color w:val="000000"/>
      <w:spacing w:val="5"/>
      <w:kern w:val="28"/>
      <w:sz w:val="3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