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面談シート（人事面談・キャリア面談）</w:t>
      </w:r>
    </w:p>
    <w:p>
      <w:pPr>
        <w:spacing w:after="40"/>
      </w:pPr>
      <w:r>
        <w:rPr>
          <w:color w:val="555B6B"/>
          <w:sz w:val="15"/>
        </w:rPr>
        <w:t>「本人の発言・事実」には本人の言葉と確認した事実を、「面談者の所見」には面談者の解釈を分けて書きます。共有範囲は面談の最後に本人と確認します。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面談の種類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確認した項目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82"/>
        <w:gridCol w:w="2170"/>
        <w:gridCol w:w="3946"/>
        <w:gridCol w:w="2466"/>
      </w:tblGrid>
      <w:tr>
        <w:trPr>
          <w:tblHeader/>
        </w:trPr>
        <w:tc>
          <w:tcPr>
            <w:tcW w:type="dxa" w:w="128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質問例</w:t>
            </w:r>
          </w:p>
        </w:tc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本人の発言・事実</w:t>
            </w:r>
          </w:p>
        </w:tc>
        <w:tc>
          <w:tcPr>
            <w:tcW w:type="dxa" w:w="246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面談者の所見</w:t>
            </w:r>
          </w:p>
        </w:tc>
      </w:tr>
      <w:tr>
        <w:trPr>
          <w:trHeight w:val="680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現在の業務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今の仕事で手応えを感じる場面は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</w:tr>
      <w:tr>
        <w:trPr>
          <w:trHeight w:val="680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困りごと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負担に感じていることは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</w:tr>
      <w:tr>
        <w:trPr>
          <w:trHeight w:val="680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今後の希望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3年後にどんな仕事をしていたいか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</w:tr>
      <w:tr>
        <w:trPr>
          <w:trHeight w:val="680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支援の要望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会社に求める支援は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</w:tr>
    </w:tbl>
    <w:p>
      <w:pPr>
        <w:pStyle w:val="Heading1"/>
      </w:pPr>
      <w:r>
        <w:t>決めたこと・次のアクション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9"/>
        <w:gridCol w:w="1973"/>
        <w:gridCol w:w="1973"/>
      </w:tblGrid>
      <w:tr>
        <w:trPr>
          <w:tblHeader/>
        </w:trPr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記録の共有範囲（本人と確認）</w:t>
      </w:r>
    </w:p>
    <w:p>
      <w:r>
        <w:rPr>
          <w:sz w:val="17"/>
        </w:rPr>
        <w:t>□ 人事部</w:t>
        <w:br/>
      </w:r>
      <w:r>
        <w:rPr>
          <w:sz w:val="17"/>
        </w:rPr>
        <w:t>□ 直属の上長</w:t>
        <w:br/>
      </w:r>
      <w:r>
        <w:rPr>
          <w:sz w:val="17"/>
        </w:rPr>
        <w:t>□ 部門長</w:t>
        <w:br/>
      </w:r>
      <w:r>
        <w:rPr>
          <w:sz w:val="17"/>
        </w:rPr>
        <w:t>□ 本人に記録を開示</w:t>
      </w:r>
    </w:p>
    <w:p>
      <w:pPr>
        <w:pStyle w:val="Heading1"/>
      </w:pPr>
      <w:r>
        <w:t>面談のまとめ（3行以内）</w:t>
      </w:r>
    </w:p>
    <w:p>
      <w:pPr>
        <w:spacing w:after="40"/>
      </w:pPr>
      <w:r>
        <w:rPr>
          <w:color w:val="555B6B"/>
          <w:sz w:val="15"/>
        </w:rPr>
        <w:t>欠席した上長や次の面談者が、この欄だけ読めば状況がわかるように書きます。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面談シート（人事面談・キャリア面談）　記入例</w:t>
      </w:r>
    </w:p>
    <w:p>
      <w:pPr>
        <w:spacing w:after="40"/>
      </w:pPr>
      <w:r>
        <w:rPr>
          <w:color w:val="555B6B"/>
          <w:sz w:val="15"/>
        </w:rPr>
        <w:t>記入例（架空の社員・架空の部署のキャリア面談です）。発言や数値はすべて例です。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面談の種類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キャリア面談（年1回・定期）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2026年10月14日（火）14:00–14:40　会議室B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営業企画部　山本（入社4年目）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人事部　中村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あり（冒頭で目的と保存期間を説明し、本人の了承を得た）</w:t>
            </w:r>
          </w:p>
        </w:tc>
      </w:tr>
    </w:tbl>
    <w:p>
      <w:pPr>
        <w:pStyle w:val="Heading1"/>
      </w:pPr>
      <w:r>
        <w:t>確認した項目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82"/>
        <w:gridCol w:w="2170"/>
        <w:gridCol w:w="3946"/>
        <w:gridCol w:w="2466"/>
      </w:tblGrid>
      <w:tr>
        <w:trPr>
          <w:tblHeader/>
        </w:trPr>
        <w:tc>
          <w:tcPr>
            <w:tcW w:type="dxa" w:w="128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質問例</w:t>
            </w:r>
          </w:p>
        </w:tc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本人の発言・事実</w:t>
            </w:r>
          </w:p>
        </w:tc>
        <w:tc>
          <w:tcPr>
            <w:tcW w:type="dxa" w:w="246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面談者の所見</w:t>
            </w:r>
          </w:p>
        </w:tc>
      </w:tr>
      <w:tr>
        <w:trPr>
          <w:trHeight w:val="680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現在の業務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今の仕事で手応えを感じる場面は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「販促の効果測定を任されてから、数字で説明できるのが楽しい」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分析業務への関心が高い</w:t>
            </w:r>
          </w:p>
        </w:tc>
      </w:tr>
      <w:tr>
        <w:trPr>
          <w:trHeight w:val="680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困りごと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負担に感じていることは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「月末の集計作業が手作業で、残業が月20時間ほどになる」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業務量の偏り。上長と共有が必要</w:t>
            </w:r>
          </w:p>
        </w:tc>
      </w:tr>
      <w:tr>
        <w:trPr>
          <w:trHeight w:val="680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今後の希望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3年後にどんな仕事をしていたいか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「データ分析を専門にしたい。社外の講座も検討している」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異動希望ではなく、現部署での役割拡大</w:t>
            </w:r>
          </w:p>
        </w:tc>
      </w:tr>
      <w:tr>
        <w:trPr>
          <w:trHeight w:val="680" w:hRule="atLeast"/>
        </w:trPr>
        <w:tc>
          <w:tcPr>
            <w:tcW w:type="dxa" w:w="128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支援の要望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会社に求める支援は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「資格取得の費用補助の対象か知りたい」</w:t>
            </w:r>
          </w:p>
        </w:tc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制度の確認が必要</w:t>
            </w:r>
          </w:p>
        </w:tc>
      </w:tr>
    </w:tbl>
    <w:p>
      <w:pPr>
        <w:pStyle w:val="Heading1"/>
      </w:pPr>
      <w:r>
        <w:t>決めたこと・次のアクション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9"/>
        <w:gridCol w:w="1973"/>
        <w:gridCol w:w="1973"/>
      </w:tblGrid>
      <w:tr>
        <w:trPr>
          <w:tblHeader/>
        </w:trPr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資格取得支援制度の対象を確認し、本人に回答する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中村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10月21日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月末集計の負担を上長と共有する（本人の了承済み）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中村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10月17日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次回面談で講座の受講計画を確認する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山本・中村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2027年1月</w:t>
            </w:r>
          </w:p>
        </w:tc>
      </w:tr>
    </w:tbl>
    <w:p>
      <w:pPr>
        <w:pStyle w:val="Heading1"/>
      </w:pPr>
      <w:r>
        <w:t>記録の共有範囲（本人と確認）</w:t>
      </w:r>
    </w:p>
    <w:p>
      <w:r>
        <w:rPr>
          <w:sz w:val="17"/>
        </w:rPr>
        <w:t>■ 人事部</w:t>
        <w:br/>
      </w:r>
      <w:r>
        <w:rPr>
          <w:sz w:val="17"/>
        </w:rPr>
        <w:t>■ 直属の上長</w:t>
        <w:br/>
      </w:r>
      <w:r>
        <w:rPr>
          <w:sz w:val="17"/>
        </w:rPr>
        <w:t>□ 部門長</w:t>
        <w:br/>
      </w:r>
      <w:r>
        <w:rPr>
          <w:sz w:val="17"/>
        </w:rPr>
        <w:t>■ 本人に記録を開示</w:t>
      </w:r>
    </w:p>
    <w:p>
      <w:pPr>
        <w:pStyle w:val="Heading1"/>
      </w:pPr>
      <w:r>
        <w:t>面談のまとめ（3行以内）</w:t>
      </w:r>
    </w:p>
    <w:p>
      <w:pPr>
        <w:spacing w:after="40"/>
      </w:pPr>
      <w:r>
        <w:rPr>
          <w:color w:val="555B6B"/>
          <w:sz w:val="15"/>
        </w:rPr>
        <w:t>欠席した上長や次の面談者が、この欄だけ読めば状況がわかるように書きます。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・分析業務への意欲が高く、現部署での役割拡大を希望（異動希望はなし）</w:t>
            </w:r>
          </w:p>
          <w:p>
            <w:pPr>
              <w:spacing w:after="0"/>
            </w:pPr>
            <w:r>
              <w:rPr>
                <w:sz w:val="17"/>
              </w:rPr>
              <w:t>・月末集計の手作業で残業が月20時間。本人の了承を得て上長と共有する</w:t>
            </w:r>
          </w:p>
          <w:p>
            <w:pPr>
              <w:spacing w:after="0"/>
            </w:pPr>
            <w:r>
              <w:rPr>
                <w:sz w:val="17"/>
              </w:rPr>
              <w:t>・資格取得支援の可否を10月21日までに回答する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jp.klang.ai/resources/interview-sheet-template/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