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面談の録音についての説明と確認</w:t>
      </w:r>
    </w:p>
    <w:p>
      <w:pPr>
        <w:spacing w:after="40"/>
      </w:pPr>
      <w:r>
        <w:rPr>
          <w:color w:val="555B6B"/>
          <w:sz w:val="15"/>
        </w:rPr>
        <w:t>面談の冒頭で読み上げるか、事前に渡します。録音を希望しない場合も面談は行い、メモで記録します。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面談の種類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説明したこと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7498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49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録音の目的</w:t>
            </w:r>
          </w:p>
        </w:tc>
        <w:tc>
          <w:tcPr>
            <w:tcW w:type="dxa" w:w="749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使い方</w:t>
            </w:r>
          </w:p>
        </w:tc>
        <w:tc>
          <w:tcPr>
            <w:tcW w:type="dxa" w:w="749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閲覧できる人</w:t>
            </w:r>
          </w:p>
        </w:tc>
        <w:tc>
          <w:tcPr>
            <w:tcW w:type="dxa" w:w="749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保存期間</w:t>
            </w:r>
          </w:p>
        </w:tc>
        <w:tc>
          <w:tcPr>
            <w:tcW w:type="dxa" w:w="7497"/>
          </w:tcPr>
          <w:p/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録音しない場合</w:t>
            </w:r>
          </w:p>
        </w:tc>
        <w:tc>
          <w:tcPr>
            <w:tcW w:type="dxa" w:w="7497"/>
          </w:tcPr>
          <w:p/>
        </w:tc>
      </w:tr>
    </w:tbl>
    <w:p>
      <w:pPr>
        <w:pStyle w:val="Heading1"/>
      </w:pPr>
      <w:r>
        <w:t>本人の選択</w:t>
      </w:r>
    </w:p>
    <w:p>
      <w:r>
        <w:rPr>
          <w:sz w:val="17"/>
        </w:rPr>
        <w:t>□ 録音してよい</w:t>
        <w:br/>
      </w:r>
      <w:r>
        <w:rPr>
          <w:sz w:val="17"/>
        </w:rPr>
        <w:t>□ 録音しないでメモで記録してほしい</w:t>
        <w:br/>
      </w:r>
      <w:r>
        <w:rPr>
          <w:sz w:val="17"/>
        </w:rPr>
        <w:t>□ 一部の話題だけ録音を止めてほしい</w:t>
      </w:r>
    </w:p>
    <w:p>
      <w:r>
        <w:br w:type="page"/>
      </w:r>
    </w:p>
    <w:p>
      <w:pPr>
        <w:pStyle w:val="Title"/>
      </w:pPr>
      <w:r>
        <w:t>面談の録音についての説明と確認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記入例（架空の会社・架空の人物です）。法的な同意書のひな形ではありません。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面談の種類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評価面談（上期）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営業1課　Y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Z課長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2026年10月13日（火）16:00–16:40</w:t>
            </w:r>
          </w:p>
        </w:tc>
      </w:tr>
    </w:tbl>
    <w:p>
      <w:pPr>
        <w:pStyle w:val="Heading1"/>
      </w:pPr>
      <w:r>
        <w:t>説明したこと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367"/>
        <w:gridCol w:w="7498"/>
      </w:tblGrid>
      <w:tr>
        <w:trPr>
          <w:tblHeader/>
        </w:trPr>
        <w:tc>
          <w:tcPr>
            <w:tcW w:type="dxa" w:w="236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項目</w:t>
            </w:r>
          </w:p>
        </w:tc>
        <w:tc>
          <w:tcPr>
            <w:tcW w:type="dxa" w:w="7497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内容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録音の目的</w:t>
            </w:r>
          </w:p>
        </w:tc>
        <w:tc>
          <w:tcPr>
            <w:tcW w:type="dxa" w:w="749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面談で話した内容と合意した目標を、正確に記録するため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使い方</w:t>
            </w:r>
          </w:p>
        </w:tc>
        <w:tc>
          <w:tcPr>
            <w:tcW w:type="dxa" w:w="749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文字起こしと要約を作り、面談シートの下書きに使う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閲覧できる人</w:t>
            </w:r>
          </w:p>
        </w:tc>
        <w:tc>
          <w:tcPr>
            <w:tcW w:type="dxa" w:w="749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本人、Z課長、人事部の評価担当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保存期間</w:t>
            </w:r>
          </w:p>
        </w:tc>
        <w:tc>
          <w:tcPr>
            <w:tcW w:type="dxa" w:w="749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評価の確定から1年。その後は削除する</w:t>
            </w:r>
          </w:p>
        </w:tc>
      </w:tr>
      <w:tr>
        <w:trPr>
          <w:trHeight w:val="396" w:hRule="atLeast"/>
        </w:trPr>
        <w:tc>
          <w:tcPr>
            <w:tcW w:type="dxa" w:w="236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録音しない場合</w:t>
            </w:r>
          </w:p>
        </w:tc>
        <w:tc>
          <w:tcPr>
            <w:tcW w:type="dxa" w:w="7497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メモで記録する。録音しないことで不利益はない</w:t>
            </w:r>
          </w:p>
        </w:tc>
      </w:tr>
    </w:tbl>
    <w:p>
      <w:pPr>
        <w:pStyle w:val="Heading1"/>
      </w:pPr>
      <w:r>
        <w:t>本人の選択</w:t>
      </w:r>
    </w:p>
    <w:p>
      <w:r>
        <w:rPr>
          <w:sz w:val="17"/>
        </w:rPr>
        <w:t>■ 録音してよい</w:t>
        <w:br/>
      </w:r>
      <w:r>
        <w:rPr>
          <w:sz w:val="17"/>
        </w:rPr>
        <w:t>□ 録音しないでメモで記録してほしい</w:t>
        <w:br/>
      </w:r>
      <w:r>
        <w:rPr>
          <w:sz w:val="17"/>
        </w:rPr>
        <w:t>□ 一部の話題だけ録音を止めてほしい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jp.klang.ai/guides/workplace-interview-recording/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