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55B6B"/>
          <w:sz w:val="16"/>
        </w:rPr>
        <w:t>ひな形</w:t>
      </w:r>
    </w:p>
    <w:p>
      <w:pPr>
        <w:spacing w:after="40"/>
      </w:pPr>
      <w:r>
        <w:rPr>
          <w:color w:val="555B6B"/>
          <w:sz w:val="15"/>
        </w:rPr>
        <w:t>株主総会で決めた総額の範囲で、取締役会が各取締役の月額報酬を決める例。報酬を受ける取締役が特別の利害関係を有するかは、専門家に確認してください。</w:t>
      </w:r>
    </w:p>
    <w:p>
      <w:pPr>
        <w:spacing w:after="160"/>
        <w:jc w:val="center"/>
      </w:pPr>
      <w:r>
        <w:rPr>
          <w:b/>
          <w:sz w:val="28"/>
        </w:rPr>
        <w:t>取締役会議事録</w:t>
      </w:r>
    </w:p>
    <w:p>
      <w:pPr>
        <w:tabs>
          <w:tab w:pos="1587" w:val="left"/>
        </w:tabs>
        <w:spacing w:after="40"/>
        <w:ind w:left="1587" w:hanging="1587"/>
      </w:pPr>
      <w:r>
        <w:rPr>
          <w:b/>
        </w:rPr>
        <w:t>日時</w:t>
        <w:tab/>
      </w:r>
      <w:r>
        <w:t>［　］年［　］月［　］日（［　］）午前［　］時［　］分</w:t>
      </w:r>
    </w:p>
    <w:p>
      <w:pPr>
        <w:tabs>
          <w:tab w:pos="1587" w:val="left"/>
        </w:tabs>
        <w:spacing w:after="40"/>
        <w:ind w:left="1587" w:hanging="1587"/>
      </w:pPr>
      <w:r>
        <w:rPr>
          <w:b/>
        </w:rPr>
        <w:t>場所</w:t>
        <w:tab/>
      </w:r>
      <w:r>
        <w:t>［本店会議室］</w:t>
      </w:r>
    </w:p>
    <w:p>
      <w:pPr>
        <w:tabs>
          <w:tab w:pos="1587" w:val="left"/>
        </w:tabs>
        <w:spacing w:after="40"/>
        <w:ind w:left="1587" w:hanging="1587"/>
      </w:pPr>
      <w:r>
        <w:rPr>
          <w:b/>
        </w:rPr>
        <w:t>出席状況</w:t>
        <w:tab/>
      </w:r>
      <w:r>
        <w:t>取締役総数［　］名中［　］名出席／監査役総数［　］名中［　］名出席</w:t>
      </w:r>
    </w:p>
    <w:p>
      <w:pPr>
        <w:tabs>
          <w:tab w:pos="1587" w:val="left"/>
        </w:tabs>
        <w:spacing w:after="40"/>
        <w:ind w:left="1587" w:hanging="1587"/>
      </w:pPr>
      <w:r>
        <w:rPr>
          <w:b/>
        </w:rPr>
        <w:t>議長</w:t>
        <w:tab/>
      </w:r>
      <w:r>
        <w:t>代表取締役 ［氏名］</w:t>
      </w:r>
    </w:p>
    <w:p>
      <w:pPr>
        <w:keepNext/>
        <w:spacing w:before="140" w:after="40"/>
      </w:pPr>
      <w:r>
        <w:rPr>
          <w:b/>
          <w:sz w:val="20"/>
        </w:rPr>
        <w:t>議事の経過の要領及びその結果</w:t>
      </w:r>
    </w:p>
    <w:p>
      <w:pPr>
        <w:spacing w:after="40"/>
        <w:ind w:firstLine="198"/>
      </w:pPr>
      <w:r>
        <w:t>議長は開会を宣し、議決に加わることができる取締役の過半数が出席したので本会は適法に成立した旨を述べ、議案の審議に入った。</w:t>
      </w:r>
    </w:p>
    <w:p>
      <w:pPr>
        <w:keepNext/>
        <w:spacing w:before="140" w:after="40"/>
      </w:pPr>
      <w:r>
        <w:rPr>
          <w:b/>
          <w:sz w:val="20"/>
        </w:rPr>
        <w:t>議案　取締役の報酬決定の件</w:t>
      </w:r>
    </w:p>
    <w:p>
      <w:pPr>
        <w:spacing w:after="40"/>
        <w:ind w:firstLine="198"/>
      </w:pPr>
      <w:r>
        <w:t>議長は、［　］年［　］月［　］日開催の株主総会で決議された報酬総額［年額　　円以内］の範囲内で、［　］年［　］月支給分から各取締役の報酬を次のとおり定めたい旨を説明し、その承認を諮ったところ、［出席取締役全員一致］をもって原案どおり承認可決された。</w:t>
      </w:r>
    </w:p>
    <w:p>
      <w:pPr>
        <w:spacing w:after="40"/>
        <w:ind w:firstLine="198"/>
      </w:pPr>
      <w:r>
        <w:t>代表取締役 ［氏名］　月額［　］円</w:t>
        <w:br/>
        <w:t>取締役 ［氏名］　月額［　］円</w:t>
        <w:br/>
        <w:t>取締役 ［氏名］　月額［　］円</w:t>
      </w:r>
    </w:p>
    <w:p>
      <w:pPr>
        <w:spacing w:after="40"/>
        <w:ind w:firstLine="198"/>
      </w:pPr>
      <w:r>
        <w:t>議長は、以上をもって本日の議事を終了した旨を述べ、午前［　］時［　］分に閉会した。</w:t>
      </w:r>
    </w:p>
    <w:p>
      <w:pPr>
        <w:spacing w:before="160" w:after="80"/>
      </w:pPr>
      <w:r>
        <w:t>上記の決議を明確にするため、この議事録を作成し、出席取締役及び出席監査役が記名押印する。</w:t>
      </w:r>
    </w:p>
    <w:p>
      <w:pPr>
        <w:spacing w:after="120"/>
      </w:pPr>
      <w:r>
        <w:t>［　］年［　］月［　］日　［会社名］ 取締役会</w:t>
      </w:r>
    </w:p>
    <w:p>
      <w:pPr>
        <w:spacing w:after="120"/>
        <w:jc w:val="right"/>
      </w:pPr>
      <w:r>
        <w:t>議長 代表取締役 ［氏名］　　　　　　　　印</w:t>
      </w:r>
    </w:p>
    <w:p>
      <w:pPr>
        <w:spacing w:after="120"/>
        <w:jc w:val="right"/>
      </w:pPr>
      <w:r>
        <w:t>取締役 ［氏名］　　　　　　　　印</w:t>
      </w:r>
    </w:p>
    <w:p>
      <w:pPr>
        <w:spacing w:after="120"/>
        <w:jc w:val="right"/>
      </w:pPr>
      <w:r>
        <w:t>監査役 ［氏名］　　　　　　　　印</w:t>
      </w:r>
    </w:p>
    <w:p>
      <w:r>
        <w:br w:type="page"/>
      </w:r>
    </w:p>
    <w:p>
      <w:r>
        <w:rPr>
          <w:b/>
          <w:color w:val="555B6B"/>
          <w:sz w:val="16"/>
        </w:rPr>
        <w:t>記載例（架空の会社）</w:t>
      </w:r>
    </w:p>
    <w:p>
      <w:pPr>
        <w:spacing w:after="40"/>
      </w:pPr>
      <w:r>
        <w:rPr>
          <w:color w:val="555B6B"/>
          <w:sz w:val="15"/>
        </w:rPr>
        <w:t>記載例（架空の団体です）。一般的な構成の例であり、法的助言ではありません。定款・規約、機関設計、登記や届出に使うかどうかで必要な記載が変わるため、司法書士・弁護士などの専門家に確認してください。</w:t>
      </w:r>
    </w:p>
    <w:p>
      <w:pPr>
        <w:spacing w:after="160"/>
        <w:jc w:val="center"/>
      </w:pPr>
      <w:r>
        <w:rPr>
          <w:b/>
          <w:sz w:val="28"/>
        </w:rPr>
        <w:t>取締役会議事録</w:t>
      </w:r>
    </w:p>
    <w:p>
      <w:pPr>
        <w:tabs>
          <w:tab w:pos="1587" w:val="left"/>
        </w:tabs>
        <w:spacing w:after="40"/>
        <w:ind w:left="1587" w:hanging="1587"/>
      </w:pPr>
      <w:r>
        <w:rPr>
          <w:b/>
        </w:rPr>
        <w:t>日時</w:t>
        <w:tab/>
      </w:r>
      <w:r>
        <w:t>2026年6月10日（水）午前10時40分</w:t>
      </w:r>
    </w:p>
    <w:p>
      <w:pPr>
        <w:tabs>
          <w:tab w:pos="1587" w:val="left"/>
        </w:tabs>
        <w:spacing w:after="40"/>
        <w:ind w:left="1587" w:hanging="1587"/>
      </w:pPr>
      <w:r>
        <w:rPr>
          <w:b/>
        </w:rPr>
        <w:t>場所</w:t>
        <w:tab/>
      </w:r>
      <w:r>
        <w:t>東京都港区○○一丁目2番3号　当社本店会議室</w:t>
      </w:r>
    </w:p>
    <w:p>
      <w:pPr>
        <w:tabs>
          <w:tab w:pos="1587" w:val="left"/>
        </w:tabs>
        <w:spacing w:after="40"/>
        <w:ind w:left="1587" w:hanging="1587"/>
      </w:pPr>
      <w:r>
        <w:rPr>
          <w:b/>
        </w:rPr>
        <w:t>出席状況</w:t>
        <w:tab/>
      </w:r>
      <w:r>
        <w:t>取締役総数3名中3名出席／監査役総数1名中1名出席</w:t>
      </w:r>
    </w:p>
    <w:p>
      <w:pPr>
        <w:tabs>
          <w:tab w:pos="1587" w:val="left"/>
        </w:tabs>
        <w:spacing w:after="40"/>
        <w:ind w:left="1587" w:hanging="1587"/>
      </w:pPr>
      <w:r>
        <w:rPr>
          <w:b/>
        </w:rPr>
        <w:t>議長</w:t>
        <w:tab/>
      </w:r>
      <w:r>
        <w:t>代表取締役 青木 一郎</w:t>
      </w:r>
    </w:p>
    <w:p>
      <w:pPr>
        <w:keepNext/>
        <w:spacing w:before="140" w:after="40"/>
      </w:pPr>
      <w:r>
        <w:rPr>
          <w:b/>
          <w:sz w:val="20"/>
        </w:rPr>
        <w:t>議事の経過の要領及びその結果</w:t>
      </w:r>
    </w:p>
    <w:p>
      <w:pPr>
        <w:spacing w:after="40"/>
        <w:ind w:firstLine="198"/>
      </w:pPr>
      <w:r>
        <w:t>議長は午前10時40分に開会を宣し、議決に加わることができる取締役の過半数が出席したので本会は適法に成立した旨を述べ、議案の審議に入った。</w:t>
      </w:r>
    </w:p>
    <w:p>
      <w:pPr>
        <w:keepNext/>
        <w:spacing w:before="140" w:after="40"/>
      </w:pPr>
      <w:r>
        <w:rPr>
          <w:b/>
          <w:sz w:val="20"/>
        </w:rPr>
        <w:t>議案　取締役の報酬決定の件</w:t>
      </w:r>
    </w:p>
    <w:p>
      <w:pPr>
        <w:spacing w:after="40"/>
        <w:ind w:firstLine="198"/>
      </w:pPr>
      <w:r>
        <w:t>議長は、本日開催の臨時株主総会で決議された報酬総額年額3,600万円以内の範囲内で、2026年6月支給分から各取締役の報酬を次のとおり定めたい旨を説明した。当社の事業年度は4月1日に始まるため、改定は事業年度開始の日から3か月以内に行うものである旨を付け加えた。議長がその承認を諮ったところ、出席取締役全員一致をもって原案どおり承認可決された。</w:t>
      </w:r>
    </w:p>
    <w:p>
      <w:pPr>
        <w:spacing w:after="40"/>
        <w:ind w:firstLine="198"/>
      </w:pPr>
      <w:r>
        <w:t>代表取締役 青木 一郎　月額130万円</w:t>
        <w:br/>
        <w:t>取締役 田村 二郎　月額90万円</w:t>
        <w:br/>
        <w:t>取締役 森 三郎　月額80万円</w:t>
      </w:r>
    </w:p>
    <w:p>
      <w:pPr>
        <w:spacing w:after="40"/>
        <w:ind w:firstLine="198"/>
      </w:pPr>
      <w:r>
        <w:t>議長は、以上をもって本日の議事を終了した旨を述べ、午前10時55分に閉会した。</w:t>
      </w:r>
    </w:p>
    <w:p>
      <w:pPr>
        <w:spacing w:before="160" w:after="80"/>
      </w:pPr>
      <w:r>
        <w:t>上記の決議を明確にするため、この議事録を作成し、出席取締役及び出席監査役が記名押印する。</w:t>
      </w:r>
    </w:p>
    <w:p>
      <w:pPr>
        <w:spacing w:after="120"/>
      </w:pPr>
      <w:r>
        <w:t>2026年6月10日　株式会社サンプル精機 取締役会</w:t>
      </w:r>
    </w:p>
    <w:p>
      <w:pPr>
        <w:spacing w:after="120"/>
        <w:jc w:val="right"/>
      </w:pPr>
      <w:r>
        <w:t>議長 代表取締役 青木 一郎　　　　　　　　印</w:t>
      </w:r>
    </w:p>
    <w:p>
      <w:pPr>
        <w:spacing w:after="120"/>
        <w:jc w:val="right"/>
      </w:pPr>
      <w:r>
        <w:t>取締役 田村 二郎　　　　　　　　印</w:t>
      </w:r>
    </w:p>
    <w:p>
      <w:pPr>
        <w:spacing w:after="120"/>
        <w:jc w:val="right"/>
      </w:pPr>
      <w:r>
        <w:t>取締役 森 三郎　　　　　　　　印</w:t>
      </w:r>
    </w:p>
    <w:p>
      <w:pPr>
        <w:spacing w:after="120"/>
        <w:jc w:val="right"/>
      </w:pPr>
      <w:r>
        <w:t>監査役 井上 四郎　　　　　　　　印</w:t>
      </w:r>
    </w:p>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jp.klang.ai/resources/executive-compensation-minutes/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300" w:lineRule="auto"/>
    </w:pPr>
    <w:rPr>
      <w:rFonts w:ascii="Noto Sans CJK JP" w:hAnsi="Noto Sans CJK JP" w:eastAsia="Noto Sans CJK JP"/>
      <w:color w:val="1118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