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English meeting minutes template</w:t>
      </w:r>
    </w:p>
    <w:p>
      <w:r>
        <w:t>Record agreed decisions, owners and deadlines. Keep unconfirmed items open and ask participants to review the draft before sharing.</w:t>
      </w:r>
    </w:p>
    <w:p>
      <w:r>
        <w:t>Meeting title: [title]</w:t>
      </w:r>
    </w:p>
    <w:p>
      <w:r>
        <w:t>Date and time: [day month year, start–end, time zone]</w:t>
      </w:r>
    </w:p>
    <w:p>
      <w:r>
        <w:t>Participants: [names and roles]</w:t>
      </w:r>
    </w:p>
    <w:p>
      <w:r>
        <w:t>Prepared by: [name]</w:t>
      </w:r>
    </w:p>
    <w:p>
      <w:r>
        <w:t>Status: Draft — awaiting confirmation</w:t>
      </w:r>
    </w:p>
    <w:p>
      <w:r>
        <w:t>Purpose: [what the meeting needed to decide]</w:t>
      </w:r>
    </w:p>
    <w:p>
      <w:pPr>
        <w:pStyle w:val="Heading1"/>
      </w:pPr>
      <w:r>
        <w:t>Decisions</w:t>
      </w:r>
    </w:p>
    <w:p>
      <w:r>
        <w:t>D1. [Agreed decision and any conditions]</w:t>
      </w:r>
    </w:p>
    <w:p>
      <w:r>
        <w:t>Source reference: [transcript line, timestamp or meeting note]</w:t>
      </w:r>
    </w:p>
    <w:p>
      <w:pPr>
        <w:pStyle w:val="Heading1"/>
      </w:pPr>
      <w:r>
        <w:t>Action items</w:t>
      </w:r>
    </w:p>
    <w:p>
      <w:r>
        <w:t>A1. [Specific task]</w:t>
      </w:r>
    </w:p>
    <w:p>
      <w:r>
        <w:t>Owner: [confirmed name, or Not assigned]</w:t>
      </w:r>
    </w:p>
    <w:p>
      <w:r>
        <w:t>Due: [agreed date, time and time zone, or Not agreed]</w:t>
      </w:r>
    </w:p>
    <w:p>
      <w:r>
        <w:t>Source reference: [transcript line, timestamp or meeting note]</w:t>
      </w:r>
    </w:p>
    <w:p>
      <w:pPr>
        <w:pStyle w:val="Heading1"/>
      </w:pPr>
      <w:r>
        <w:t>Open issues and proposals</w:t>
      </w:r>
    </w:p>
    <w:p>
      <w:r>
        <w:t>[Proposal or unresolved issue; confirmation still needed]</w:t>
      </w:r>
    </w:p>
    <w:p>
      <w:pPr>
        <w:pStyle w:val="Heading1"/>
      </w:pPr>
      <w:r>
        <w:t>Concerns and differing views</w:t>
      </w:r>
    </w:p>
    <w:p>
      <w:r>
        <w:t>[Concern, whose view it was and any agreed response]</w:t>
      </w:r>
    </w:p>
    <w:p>
      <w:pPr>
        <w:pStyle w:val="Heading1"/>
      </w:pPr>
      <w:r>
        <w:t>Next meeting and review</w:t>
      </w:r>
    </w:p>
    <w:p>
      <w:r>
        <w:t>Next meeting: [confirmed date and time, or To be arranged]</w:t>
      </w:r>
    </w:p>
    <w:p>
      <w:r>
        <w:t>Reviewed by and date: [record actual review]</w:t>
      </w:r>
    </w:p>
    <w:p>
      <w:r>
        <w:t>Corrections: [changes agreed with participants]</w:t>
      </w:r>
    </w:p>
    <w:p>
      <w:r>
        <w:t>Keep this record marked Draft until the required review is complete.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Noto Sans CJK JP" w:hAnsi="Noto Sans CJK JP" w:eastAsia="Noto Sans CJK JP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64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meeting minutes template</dc:title>
  <dc:subject/>
  <dc:creator>Klang AI AB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