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555B6B"/>
          <w:sz w:val="16"/>
        </w:rPr>
        <w:t>ひな形</w:t>
      </w:r>
    </w:p>
    <w:p>
      <w:pPr>
        <w:spacing w:after="40"/>
      </w:pPr>
      <w:r>
        <w:rPr>
          <w:color w:val="555B6B"/>
          <w:sz w:val="15"/>
        </w:rPr>
        <w:t>マンション標準管理規約第53条（理事の半数以上の出席、出席理事の過半数で決議）に沿った理事会の例。議事録は議長と、議長の指名する出席理事2名が署名します。</w:t>
      </w:r>
    </w:p>
    <w:p>
      <w:pPr>
        <w:spacing w:after="160"/>
        <w:jc w:val="center"/>
      </w:pPr>
      <w:r>
        <w:rPr>
          <w:b/>
          <w:sz w:val="28"/>
        </w:rPr>
        <w:t>［マンション名］管理組合 第［　］期 第［　］回理事会議事録</w:t>
      </w:r>
    </w:p>
    <w:p>
      <w:pPr>
        <w:tabs>
          <w:tab w:pos="1587" w:val="left"/>
        </w:tabs>
        <w:spacing w:after="40"/>
        <w:ind w:left="1587" w:hanging="1587"/>
      </w:pPr>
      <w:r>
        <w:rPr>
          <w:b/>
        </w:rPr>
        <w:t>日時</w:t>
        <w:tab/>
      </w:r>
      <w:r>
        <w:t>［　］年［　］月［　］日（［　］）午後［　］時［　］分</w:t>
      </w:r>
    </w:p>
    <w:p>
      <w:pPr>
        <w:tabs>
          <w:tab w:pos="1587" w:val="left"/>
        </w:tabs>
        <w:spacing w:after="40"/>
        <w:ind w:left="1587" w:hanging="1587"/>
      </w:pPr>
      <w:r>
        <w:rPr>
          <w:b/>
        </w:rPr>
        <w:t>場所</w:t>
        <w:tab/>
      </w:r>
      <w:r>
        <w:t>［集会室］（［WEB会議システムを併用］）</w:t>
      </w:r>
    </w:p>
    <w:p>
      <w:pPr>
        <w:tabs>
          <w:tab w:pos="1587" w:val="left"/>
        </w:tabs>
        <w:spacing w:after="40"/>
        <w:ind w:left="1587" w:hanging="1587"/>
      </w:pPr>
      <w:r>
        <w:rPr>
          <w:b/>
        </w:rPr>
        <w:t>出席者</w:t>
        <w:tab/>
      </w:r>
      <w:r>
        <w:t>理事［　］名中［　］名出席：［氏名］、［氏名］／監事 ［氏名］／管理会社 ［社名・担当者］</w:t>
      </w:r>
    </w:p>
    <w:p>
      <w:pPr>
        <w:tabs>
          <w:tab w:pos="1587" w:val="left"/>
        </w:tabs>
        <w:spacing w:after="40"/>
        <w:ind w:left="1587" w:hanging="1587"/>
      </w:pPr>
      <w:r>
        <w:rPr>
          <w:b/>
        </w:rPr>
        <w:t>議長</w:t>
        <w:tab/>
      </w:r>
      <w:r>
        <w:t>理事長 ［氏名］</w:t>
      </w:r>
    </w:p>
    <w:p>
      <w:pPr>
        <w:keepNext/>
        <w:spacing w:before="140" w:after="40"/>
      </w:pPr>
      <w:r>
        <w:rPr>
          <w:b/>
          <w:sz w:val="20"/>
        </w:rPr>
        <w:t>議事の経過の要領及びその結果</w:t>
      </w:r>
    </w:p>
    <w:p>
      <w:pPr>
        <w:keepNext/>
        <w:spacing w:before="140" w:after="40"/>
      </w:pPr>
      <w:r>
        <w:rPr>
          <w:b/>
          <w:sz w:val="20"/>
        </w:rPr>
        <w:t>1. ［審議事項］</w:t>
      </w:r>
    </w:p>
    <w:p>
      <w:pPr>
        <w:spacing w:after="40"/>
        <w:ind w:firstLine="198"/>
      </w:pPr>
      <w:r>
        <w:t>［説明者］が［内容］を説明した。［質疑の要点］。審議の結果、［出席理事の過半数／全員］の賛成により［決定内容］とすることを決定した。</w:t>
      </w:r>
    </w:p>
    <w:p>
      <w:pPr>
        <w:keepNext/>
        <w:spacing w:before="140" w:after="40"/>
      </w:pPr>
      <w:r>
        <w:rPr>
          <w:b/>
          <w:sz w:val="20"/>
        </w:rPr>
        <w:t>2. ［報告事項］</w:t>
      </w:r>
    </w:p>
    <w:p>
      <w:pPr>
        <w:spacing w:after="40"/>
        <w:ind w:firstLine="198"/>
      </w:pPr>
      <w:r>
        <w:t>［管理会社］から［月次の収支・点検結果・苦情の受付状況］の報告があった。</w:t>
      </w:r>
    </w:p>
    <w:p>
      <w:pPr>
        <w:keepNext/>
        <w:spacing w:before="140" w:after="40"/>
      </w:pPr>
      <w:r>
        <w:rPr>
          <w:b/>
          <w:sz w:val="20"/>
        </w:rPr>
        <w:t>3. 次回の予定</w:t>
      </w:r>
    </w:p>
    <w:p>
      <w:pPr>
        <w:spacing w:after="40"/>
        <w:ind w:firstLine="198"/>
      </w:pPr>
      <w:r>
        <w:t>［　］年［　］月［　］日（［　］）午後［　］時から</w:t>
      </w:r>
    </w:p>
    <w:p>
      <w:pPr>
        <w:spacing w:before="160" w:after="80"/>
      </w:pPr>
      <w:r>
        <w:t>上記の議事の経過の要領及びその結果を明確にするため、議長及び議長の指名した出席理事2名がここに署名する。</w:t>
      </w:r>
    </w:p>
    <w:p>
      <w:pPr>
        <w:spacing w:after="120"/>
      </w:pPr>
      <w:r>
        <w:t>［　］年［　］月［　］日</w:t>
      </w:r>
    </w:p>
    <w:p>
      <w:pPr>
        <w:spacing w:after="120"/>
        <w:jc w:val="right"/>
      </w:pPr>
      <w:r>
        <w:t xml:space="preserve">議長 理事長 ［氏名］　　　　　　　　　</w:t>
      </w:r>
    </w:p>
    <w:p>
      <w:pPr>
        <w:spacing w:after="120"/>
        <w:jc w:val="right"/>
      </w:pPr>
      <w:r>
        <w:t xml:space="preserve">理事 ［氏名］　　　　　　　　　</w:t>
      </w:r>
    </w:p>
    <w:p>
      <w:pPr>
        <w:spacing w:after="120"/>
        <w:jc w:val="right"/>
      </w:pPr>
      <w:r>
        <w:t xml:space="preserve">理事 ［氏名］　　　　　　　　　</w:t>
      </w:r>
    </w:p>
    <w:p>
      <w:r>
        <w:br w:type="page"/>
      </w:r>
    </w:p>
    <w:p>
      <w:r>
        <w:rPr>
          <w:b/>
          <w:color w:val="555B6B"/>
          <w:sz w:val="16"/>
        </w:rPr>
        <w:t>記入例（架空の管理組合）</w:t>
      </w:r>
    </w:p>
    <w:p>
      <w:pPr>
        <w:spacing w:after="40"/>
      </w:pPr>
      <w:r>
        <w:rPr>
          <w:color w:val="555B6B"/>
          <w:sz w:val="15"/>
        </w:rPr>
        <w:t>記入例（架空の団体です）。会則・規約に議事録の定めがある場合は、その様式と署名のルールに合わせてください。</w:t>
      </w:r>
    </w:p>
    <w:p>
      <w:pPr>
        <w:spacing w:after="160"/>
        <w:jc w:val="center"/>
      </w:pPr>
      <w:r>
        <w:rPr>
          <w:b/>
          <w:sz w:val="28"/>
        </w:rPr>
        <w:t>サンプルレジデンス管理組合 第19期 第2回理事会議事録</w:t>
      </w:r>
    </w:p>
    <w:p>
      <w:pPr>
        <w:tabs>
          <w:tab w:pos="1587" w:val="left"/>
        </w:tabs>
        <w:spacing w:after="40"/>
        <w:ind w:left="1587" w:hanging="1587"/>
      </w:pPr>
      <w:r>
        <w:rPr>
          <w:b/>
        </w:rPr>
        <w:t>日時</w:t>
        <w:tab/>
      </w:r>
      <w:r>
        <w:t>2026年7月12日（日）午後7時00分</w:t>
      </w:r>
    </w:p>
    <w:p>
      <w:pPr>
        <w:tabs>
          <w:tab w:pos="1587" w:val="left"/>
        </w:tabs>
        <w:spacing w:after="40"/>
        <w:ind w:left="1587" w:hanging="1587"/>
      </w:pPr>
      <w:r>
        <w:rPr>
          <w:b/>
        </w:rPr>
        <w:t>場所</w:t>
        <w:tab/>
      </w:r>
      <w:r>
        <w:t>本マンション1階集会室（WEB会議システムを併用）</w:t>
      </w:r>
    </w:p>
    <w:p>
      <w:pPr>
        <w:tabs>
          <w:tab w:pos="1587" w:val="left"/>
        </w:tabs>
        <w:spacing w:after="40"/>
        <w:ind w:left="1587" w:hanging="1587"/>
      </w:pPr>
      <w:r>
        <w:rPr>
          <w:b/>
        </w:rPr>
        <w:t>出席者</w:t>
        <w:tab/>
      </w:r>
      <w:r>
        <w:t>理事5名中4名出席：村田、西川、水野、吉川／監事 本田／管理会社 サンプル管理株式会社 野口</w:t>
      </w:r>
    </w:p>
    <w:p>
      <w:pPr>
        <w:tabs>
          <w:tab w:pos="1587" w:val="left"/>
        </w:tabs>
        <w:spacing w:after="40"/>
        <w:ind w:left="1587" w:hanging="1587"/>
      </w:pPr>
      <w:r>
        <w:rPr>
          <w:b/>
        </w:rPr>
        <w:t>議長</w:t>
        <w:tab/>
      </w:r>
      <w:r>
        <w:t>理事長 村田 進</w:t>
      </w:r>
    </w:p>
    <w:p>
      <w:pPr>
        <w:keepNext/>
        <w:spacing w:before="140" w:after="40"/>
      </w:pPr>
      <w:r>
        <w:rPr>
          <w:b/>
          <w:sz w:val="20"/>
        </w:rPr>
        <w:t>議事の経過の要領及びその結果</w:t>
      </w:r>
    </w:p>
    <w:p>
      <w:pPr>
        <w:keepNext/>
        <w:spacing w:before="140" w:after="40"/>
      </w:pPr>
      <w:r>
        <w:rPr>
          <w:b/>
          <w:sz w:val="20"/>
        </w:rPr>
        <w:t>1. 外壁タイル打診調査の業者選定</w:t>
      </w:r>
    </w:p>
    <w:p>
      <w:pPr>
        <w:spacing w:after="40"/>
        <w:ind w:firstLine="198"/>
      </w:pPr>
      <w:r>
        <w:t>管理会社 野口 が3社の見積もり（98万円、112万円、125万円）と調査方法の違いを説明した。水野理事から、最安の業者は全面打診ではなく赤外線調査を併用するのかと質問があり、野口が併用する旨を回答した。審議の結果、出席理事全員の賛成により、全面打診で実施する112万円の業者に発注することを決定した。</w:t>
      </w:r>
    </w:p>
    <w:p>
      <w:pPr>
        <w:keepNext/>
        <w:spacing w:before="140" w:after="40"/>
      </w:pPr>
      <w:r>
        <w:rPr>
          <w:b/>
          <w:sz w:val="20"/>
        </w:rPr>
        <w:t>2. 管理会社からの報告</w:t>
      </w:r>
    </w:p>
    <w:p>
      <w:pPr>
        <w:spacing w:after="40"/>
        <w:ind w:firstLine="198"/>
      </w:pPr>
      <w:r>
        <w:t>6月の収支、エレベーター定期点検の結果（指摘なし）、騒音に関する相談1件の対応状況の報告があった。</w:t>
      </w:r>
    </w:p>
    <w:p>
      <w:pPr>
        <w:keepNext/>
        <w:spacing w:before="140" w:after="40"/>
      </w:pPr>
      <w:r>
        <w:rPr>
          <w:b/>
          <w:sz w:val="20"/>
        </w:rPr>
        <w:t>3. 次回の予定</w:t>
      </w:r>
    </w:p>
    <w:p>
      <w:pPr>
        <w:spacing w:after="40"/>
        <w:ind w:firstLine="198"/>
      </w:pPr>
      <w:r>
        <w:t>2026年8月9日（日）午後7時から</w:t>
      </w:r>
    </w:p>
    <w:p>
      <w:pPr>
        <w:spacing w:before="160" w:after="80"/>
      </w:pPr>
      <w:r>
        <w:t>上記の議事の経過の要領及びその結果を明確にするため、議長及び議長の指名した出席理事2名がここに署名する。</w:t>
      </w:r>
    </w:p>
    <w:p>
      <w:pPr>
        <w:spacing w:after="120"/>
      </w:pPr>
      <w:r>
        <w:t>2026年7月12日</w:t>
      </w:r>
    </w:p>
    <w:p>
      <w:pPr>
        <w:spacing w:after="120"/>
        <w:jc w:val="right"/>
      </w:pPr>
      <w:r>
        <w:t xml:space="preserve">議長 理事長 村田 進　　　　　　　　　</w:t>
      </w:r>
    </w:p>
    <w:p>
      <w:pPr>
        <w:spacing w:after="120"/>
        <w:jc w:val="right"/>
      </w:pPr>
      <w:r>
        <w:t xml:space="preserve">理事 西川 浩　　　　　　　　　</w:t>
      </w:r>
    </w:p>
    <w:p>
      <w:pPr>
        <w:spacing w:after="120"/>
        <w:jc w:val="right"/>
      </w:pPr>
      <w:r>
        <w:t xml:space="preserve">理事 吉川 葉子　　　　　　　　　</w:t>
      </w:r>
    </w:p>
    <w:sectPr w:rsidR="00FC693F" w:rsidRPr="0006063C" w:rsidSect="00034616">
      <w:footerReference w:type="default" r:id="rId9"/>
      <w:pgSz w:w="11906" w:h="16838"/>
      <w:pgMar w:top="794" w:right="1020" w:bottom="794" w:left="1020"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B6B"/>
        <w:sz w:val="14"/>
      </w:rPr>
      <w:t>Klang  |  jp.klang.ai/resources/condo-association-minutes/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300" w:lineRule="auto"/>
    </w:pPr>
    <w:rPr>
      <w:rFonts w:ascii="Noto Sans CJK JP" w:hAnsi="Noto Sans CJK JP" w:eastAsia="Noto Sans CJK JP"/>
      <w:color w:val="111827"/>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Noto Sans CJK JP" w:hAnsi="Noto Sans CJK JP" w:eastAsia="Noto Sans CJK JP"/>
      <w:b/>
      <w:bCs/>
      <w:color w:val="111827"/>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Noto Sans CJK JP" w:hAnsi="Noto Sans CJK JP" w:eastAsia="Noto Sans CJK JP"/>
      <w:b/>
      <w:color w:val="111827"/>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