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団体交渉の経過を残す記録の例。各当事者が自分の記録として作ることも、双方で確認することもあります。発言の要点は主張と回答を対にして、根拠資料と次回の宿題を残します。</w:t>
      </w:r>
    </w:p>
    <w:p>
      <w:pPr>
        <w:spacing w:after="160"/>
        <w:jc w:val="center"/>
      </w:pPr>
      <w:r>
        <w:rPr>
          <w:b/>
          <w:sz w:val="28"/>
        </w:rPr>
        <w:t>団体交渉 記録（第［　］回）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［　］年［　］月［　］日（［　］）［　］時［　］分〜［　］時［　］分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［会議室］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交渉事項</w:t>
        <w:tab/>
      </w:r>
      <w:r>
        <w:t>［組合の要求書（　年　月　日付）の項目］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会社側出席者</w:t>
        <w:tab/>
      </w:r>
      <w:r>
        <w:t>［役職・氏名］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組合側出席者</w:t>
        <w:tab/>
      </w:r>
      <w:r>
        <w:t>［組合名・役職・氏名］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記録者</w:t>
        <w:tab/>
      </w:r>
      <w:r>
        <w:t>［氏名］（［録音の有無と双方の合意］）</w:t>
      </w:r>
    </w:p>
    <w:p>
      <w:pPr>
        <w:keepNext/>
        <w:spacing w:before="140" w:after="40"/>
      </w:pPr>
      <w:r>
        <w:rPr>
          <w:b/>
          <w:sz w:val="20"/>
        </w:rPr>
        <w:t>1. 組合の要求と会社の回答</w:t>
      </w:r>
    </w:p>
    <w:p>
      <w:pPr>
        <w:spacing w:after="40"/>
        <w:ind w:firstLine="198"/>
      </w:pPr>
      <w:r>
        <w:t>（1）［要求項目］</w:t>
        <w:br/>
        <w:t>組合：［要求と理由の要点］</w:t>
        <w:br/>
        <w:t>会社：［回答と根拠の要点。提示した資料］</w:t>
        <w:br/>
        <w:t>組合：［再反論・質問］</w:t>
        <w:br/>
        <w:t>会社：［回答］</w:t>
      </w:r>
    </w:p>
    <w:p>
      <w:pPr>
        <w:keepNext/>
        <w:spacing w:before="140" w:after="40"/>
      </w:pPr>
      <w:r>
        <w:rPr>
          <w:b/>
          <w:sz w:val="20"/>
        </w:rPr>
        <w:t>2. 提示・交付した資料</w:t>
      </w:r>
    </w:p>
    <w:p>
      <w:pPr>
        <w:spacing w:after="40"/>
        <w:ind w:firstLine="198"/>
      </w:pPr>
      <w:r>
        <w:t>［資料名・提示した側］</w:t>
      </w:r>
    </w:p>
    <w:p>
      <w:pPr>
        <w:keepNext/>
        <w:spacing w:before="140" w:after="40"/>
      </w:pPr>
      <w:r>
        <w:rPr>
          <w:b/>
          <w:sz w:val="20"/>
        </w:rPr>
        <w:t>3. 合意した点・合意に至らなかった点</w:t>
      </w:r>
    </w:p>
    <w:p>
      <w:pPr>
        <w:spacing w:after="40"/>
        <w:ind w:firstLine="198"/>
      </w:pPr>
      <w:r>
        <w:t>合意：［　］</w:t>
        <w:br/>
        <w:t>未合意：［　］</w:t>
      </w:r>
    </w:p>
    <w:p>
      <w:pPr>
        <w:keepNext/>
        <w:spacing w:before="140" w:after="40"/>
      </w:pPr>
      <w:r>
        <w:rPr>
          <w:b/>
          <w:sz w:val="20"/>
        </w:rPr>
        <w:t>4. 次回までの宿題と次回日程</w:t>
      </w:r>
    </w:p>
    <w:p>
      <w:pPr>
        <w:spacing w:after="40"/>
        <w:ind w:firstLine="198"/>
      </w:pPr>
      <w:r>
        <w:t>［内容・担当］　次回：［　］年［　］月［　］日</w:t>
      </w:r>
    </w:p>
    <w:p>
      <w:pPr>
        <w:spacing w:before="160" w:after="80"/>
      </w:pPr>
      <w:r>
        <w:t>以上のとおり記録する。</w:t>
      </w:r>
    </w:p>
    <w:p>
      <w:pPr>
        <w:spacing w:after="120"/>
      </w:pPr>
      <w:r>
        <w:t>［　］年［　］月［　］日</w:t>
      </w:r>
    </w:p>
    <w:p>
      <w:pPr>
        <w:spacing w:after="120"/>
        <w:jc w:val="right"/>
      </w:pPr>
      <w:r>
        <w:t xml:space="preserve">記録者 ［氏名］　　　　　　　　　</w:t>
      </w:r>
    </w:p>
    <w:p>
      <w:pPr>
        <w:spacing w:after="120"/>
        <w:jc w:val="right"/>
      </w:pPr>
      <w:r>
        <w:t xml:space="preserve">確認者 ［氏名］　　　　　　　　　</w:t>
      </w:r>
    </w:p>
    <w:p>
      <w:r>
        <w:br w:type="page"/>
      </w:r>
    </w:p>
    <w:p>
      <w:r>
        <w:rPr>
          <w:b/>
          <w:color w:val="555B6B"/>
          <w:sz w:val="16"/>
        </w:rPr>
        <w:t>記入例（架空の会社と労働組合）</w:t>
      </w:r>
    </w:p>
    <w:p>
      <w:pPr>
        <w:spacing w:after="40"/>
      </w:pPr>
      <w:r>
        <w:rPr>
          <w:color w:val="555B6B"/>
          <w:sz w:val="15"/>
        </w:rPr>
        <w:t>記入例（架空の団体です）。会則・規約に議事録の定めがある場合は、その様式と署名のルールに合わせてください。</w:t>
      </w:r>
    </w:p>
    <w:p>
      <w:pPr>
        <w:spacing w:after="160"/>
        <w:jc w:val="center"/>
      </w:pPr>
      <w:r>
        <w:rPr>
          <w:b/>
          <w:sz w:val="28"/>
        </w:rPr>
        <w:t>団体交渉 記録（第2回）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2026年3月11日（水）18時00分〜19時30分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本社3階 大会議室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交渉事項</w:t>
        <w:tab/>
      </w:r>
      <w:r>
        <w:t>2026年度賃金改定（組合の要求書 2026年2月20日付）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会社側出席者</w:t>
        <w:tab/>
      </w:r>
      <w:r>
        <w:t>取締役 管理本部長 田中、人事部長 菊地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組合側出席者</w:t>
        <w:tab/>
      </w:r>
      <w:r>
        <w:t>サンプル精機労働組合 執行委員長 石原、書記長 荒木、執行委員 2名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記録者</w:t>
        <w:tab/>
      </w:r>
      <w:r>
        <w:t>人事課 木下（録音なし。双方で合意）</w:t>
      </w:r>
    </w:p>
    <w:p>
      <w:pPr>
        <w:keepNext/>
        <w:spacing w:before="140" w:after="40"/>
      </w:pPr>
      <w:r>
        <w:rPr>
          <w:b/>
          <w:sz w:val="20"/>
        </w:rPr>
        <w:t>1. 組合の要求と会社の回答</w:t>
      </w:r>
    </w:p>
    <w:p>
      <w:pPr>
        <w:spacing w:after="40"/>
        <w:ind w:firstLine="198"/>
      </w:pPr>
      <w:r>
        <w:t>（1）基本給の引上げ</w:t>
        <w:br/>
        <w:t>組合：物価上昇を理由に、基本給の一律1万2,000円の引上げを要求した。</w:t>
        <w:br/>
        <w:t>会社：上期の受注の減少を説明し、一律8,000円を回答した。前回求められた部門別の人件費の推移を資料で示した。</w:t>
        <w:br/>
        <w:t>組合：若手の離職が増えている点を挙げ、若年層への上乗せを求めた。</w:t>
        <w:br/>
        <w:t>会社：30歳未満への上乗せの可否を次回までに検討すると回答した。</w:t>
      </w:r>
    </w:p>
    <w:p>
      <w:pPr>
        <w:keepNext/>
        <w:spacing w:before="140" w:after="40"/>
      </w:pPr>
      <w:r>
        <w:rPr>
          <w:b/>
          <w:sz w:val="20"/>
        </w:rPr>
        <w:t>2. 提示・交付した資料</w:t>
      </w:r>
    </w:p>
    <w:p>
      <w:pPr>
        <w:spacing w:after="40"/>
        <w:ind w:firstLine="198"/>
      </w:pPr>
      <w:r>
        <w:t>部門別人件費の推移（2021〜2025年度、会社が提示）</w:t>
      </w:r>
    </w:p>
    <w:p>
      <w:pPr>
        <w:keepNext/>
        <w:spacing w:before="140" w:after="40"/>
      </w:pPr>
      <w:r>
        <w:rPr>
          <w:b/>
          <w:sz w:val="20"/>
        </w:rPr>
        <w:t>3. 合意した点・合意に至らなかった点</w:t>
      </w:r>
    </w:p>
    <w:p>
      <w:pPr>
        <w:spacing w:after="40"/>
        <w:ind w:firstLine="198"/>
      </w:pPr>
      <w:r>
        <w:t>合意：改定の実施月を4月とすること</w:t>
        <w:br/>
        <w:t>未合意：引上げ額、若年層への上乗せ</w:t>
      </w:r>
    </w:p>
    <w:p>
      <w:pPr>
        <w:keepNext/>
        <w:spacing w:before="140" w:after="40"/>
      </w:pPr>
      <w:r>
        <w:rPr>
          <w:b/>
          <w:sz w:val="20"/>
        </w:rPr>
        <w:t>4. 次回までの宿題と次回日程</w:t>
      </w:r>
    </w:p>
    <w:p>
      <w:pPr>
        <w:spacing w:after="40"/>
        <w:ind w:firstLine="198"/>
      </w:pPr>
      <w:r>
        <w:t>会社は30歳未満への上乗せの試算を3月16日までに組合へ送付する。次回：2026年3月18日</w:t>
      </w:r>
    </w:p>
    <w:p>
      <w:pPr>
        <w:spacing w:before="160" w:after="80"/>
      </w:pPr>
      <w:r>
        <w:t>以上のとおり記録する。</w:t>
      </w:r>
    </w:p>
    <w:p>
      <w:pPr>
        <w:spacing w:after="120"/>
      </w:pPr>
      <w:r>
        <w:t>2026年3月12日</w:t>
      </w:r>
    </w:p>
    <w:p>
      <w:pPr>
        <w:spacing w:after="120"/>
        <w:jc w:val="right"/>
      </w:pPr>
      <w:r>
        <w:t xml:space="preserve">記録者 人事課 木下 智美　　　　　　　　　</w:t>
      </w:r>
    </w:p>
    <w:p>
      <w:pPr>
        <w:spacing w:after="120"/>
        <w:jc w:val="right"/>
      </w:pPr>
      <w:r>
        <w:t xml:space="preserve">確認者 人事部長 菊地 直樹　　　　　　　　　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jp.klang.ai/resources/labor-management-minutes/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